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2A33C" w14:textId="77777777" w:rsidR="00866E97" w:rsidRPr="003A6783" w:rsidRDefault="00000000">
      <w:pPr>
        <w:spacing w:after="60"/>
        <w:jc w:val="center"/>
        <w:rPr>
          <w:rFonts w:ascii="Times New Roman" w:hAnsi="Times New Roman" w:cs="Times New Roman"/>
          <w:sz w:val="18"/>
          <w:szCs w:val="24"/>
          <w:lang w:val="pl-PL"/>
        </w:rPr>
      </w:pPr>
      <w:r w:rsidRPr="003A6783">
        <w:rPr>
          <w:rFonts w:ascii="Times New Roman" w:eastAsia="Arial" w:hAnsi="Times New Roman" w:cs="Times New Roman"/>
          <w:b/>
          <w:sz w:val="32"/>
          <w:szCs w:val="24"/>
          <w:lang w:val="pl-PL"/>
        </w:rPr>
        <w:t>WYMAGANIA EDUKACYJNE Z JĘZYKA POLSKIEGO – KLASA 8</w:t>
      </w:r>
    </w:p>
    <w:p w14:paraId="56FCFE13" w14:textId="77777777" w:rsidR="00866E97" w:rsidRPr="003A6783" w:rsidRDefault="00000000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  <w:r w:rsidRPr="003A6783">
        <w:rPr>
          <w:rFonts w:ascii="Times New Roman" w:eastAsia="Arial" w:hAnsi="Times New Roman" w:cs="Times New Roman"/>
          <w:b/>
          <w:sz w:val="20"/>
          <w:szCs w:val="24"/>
          <w:lang w:val="pl-PL"/>
        </w:rPr>
        <w:t>rok szkolny 2026/2027</w:t>
      </w:r>
    </w:p>
    <w:p w14:paraId="42AC1178" w14:textId="77777777" w:rsidR="00F0532E" w:rsidRPr="003A6783" w:rsidRDefault="00F0532E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5E26F804" w14:textId="77777777" w:rsidR="00866E97" w:rsidRPr="003A6783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3A6783">
        <w:rPr>
          <w:rFonts w:ascii="Times New Roman" w:eastAsia="Arial" w:hAnsi="Times New Roman" w:cs="Times New Roman"/>
          <w:sz w:val="22"/>
          <w:szCs w:val="24"/>
          <w:lang w:val="pl-PL"/>
        </w:rPr>
        <w:t>I. KSZTAŁCENIE LITERACKIE I KULTUROWE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866E97" w:rsidRPr="003A6783" w14:paraId="59E0BD33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059FFA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</w:rPr>
              <w:t>Zakres</w:t>
            </w:r>
            <w:proofErr w:type="spellEnd"/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D6EA3A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Dopuszczająca (2)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E47396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Dostateczna (3)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330408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Dobra (4)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2E65C6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Bardzo dobra (5)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031F9D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Celująca (6)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TWORZENIE</w:t>
            </w:r>
          </w:p>
        </w:tc>
      </w:tr>
      <w:tr w:rsidR="00866E97" w:rsidRPr="003A6783" w14:paraId="72DD8C7A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C72E69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Interpretacja problemowa, gatunki literackie i konteksty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4C46A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teksty literackie i inne teksty kultury na poziomie dosłownym, przenośnym i symbolicznym; rozpoznaję epikę, lirykę i dramat oraz gatunki poznane w klasach VII–VIII, w tym komedię, fraszkę, pieśń, tren, balladę, epopeję i tragedię; rozpoznaję także artykuł, wywiad i reportaż.</w:t>
            </w:r>
          </w:p>
          <w:p w14:paraId="723FBD66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elementy dramatu: akt, scenę, tekst główny, didaskalia, monolog i dialog; rozpoznaję neologizm, inwokację, symbol, alegorię, ironię i komizm oraz wyjaśniam ich podstawowe funkcje.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51E393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kontekst historyczny, biograficzny, kulturowy, społeczny i historycznoliteracki do wyjaśniania sensów, problemów, postaw bohaterów i nawiązań między tekstami.</w:t>
            </w:r>
          </w:p>
          <w:p w14:paraId="6A943912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Posługuję się terminologią literacką i kulturową podczas interpretowania tekstu, filmu, spektaklu, obrazu, rzeźby lub fotografii; odróżniam literaturę piękną od publicystyki i wskazuję podstawowe cechy artykułu, wywiadu i reportażu.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5E49FE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złożone problemy, kompozycję, perspektywę narracyjną, obrazy poetyckie i funkcje środków stylistycznych; rozpoznaję przenikanie się kategorii estetycznych i stylów.</w:t>
            </w:r>
          </w:p>
          <w:p w14:paraId="6349890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tekst literacki i publicystyczny oraz różne interpretacje według samodzielnie dobranych kryteriów, wskazując różnice w perspektywie, wartościach, argumentacji, stylu i sposobie oddziaływania na odbiorcę.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1B1077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Wnikliwie oceniam problemy, postawy i wartości obecne w utworach, uwzględniając ich złożoność, kontekst oraz możliwe odmienne odczytania; unikam uproszczonych sądów.</w:t>
            </w:r>
          </w:p>
          <w:p w14:paraId="045351D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Krytycznie oceniam interpretację lub adaptację, uzasadniam jej mocne i słabe strony analizą tekstu, funkcją środków, kontekstami i konsekwencją argumentacji.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767554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oryginalną, wieloaspektową interpretację tekstu, łącząc analizę formy, różne konteksty, problematykę egzystencjalną i uniwersalne wartości w spójny tok rozumowania.</w:t>
            </w:r>
          </w:p>
          <w:p w14:paraId="5A7FC60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• Projektuję autorską reinterpretację lub przekład </w:t>
            </w:r>
            <w:proofErr w:type="spellStart"/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intersemiotyczny</w:t>
            </w:r>
            <w:proofErr w:type="spellEnd"/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 dzieła, świadomie wybierając formę, perspektywę i środki wyrazu oraz uzasadniając relację z pierwowzorem.</w:t>
            </w:r>
          </w:p>
        </w:tc>
      </w:tr>
    </w:tbl>
    <w:p w14:paraId="38632785" w14:textId="77777777" w:rsidR="00F0532E" w:rsidRPr="003A6783" w:rsidRDefault="00F0532E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4EEFF541" w14:textId="77777777" w:rsidR="00866E97" w:rsidRPr="003A6783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3A6783">
        <w:rPr>
          <w:rFonts w:ascii="Times New Roman" w:eastAsia="Arial" w:hAnsi="Times New Roman" w:cs="Times New Roman"/>
          <w:sz w:val="22"/>
          <w:szCs w:val="24"/>
          <w:lang w:val="pl-PL"/>
        </w:rPr>
        <w:t>II. KSZTAŁCENIE JĘZYKOWE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866E97" w:rsidRPr="003A6783" w14:paraId="7FA5CB6C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A09394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4A9438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Dopuszczająca (2)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25010E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Dostateczna (3)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A678B0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Dobra (4)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70C27F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Bardzo dobra (5)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E22B5A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Celująca (6)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TWORZENIE</w:t>
            </w:r>
          </w:p>
        </w:tc>
      </w:tr>
      <w:tr w:rsidR="00866E97" w:rsidRPr="003A6783" w14:paraId="23FEFA90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79EEA0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Komunikacja publiczna, etyka i odpowiedzialność za słowo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C4292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złożoną wypowiedź i rozpoznaję jej temat, tezę lub stanowisko, argumenty, wnioski, intencję, perswazję, ironię, aluzję oraz typowe zabiegi manipulacyjne.</w:t>
            </w:r>
          </w:p>
          <w:p w14:paraId="266B530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język agresji, wykluczenia i mowy nienawiści oraz odróżniam wolność słowa od nadużycia języka; rozumiem odpowiedzialność nadawcy za skutki komunikatu.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5DCEB2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Podczas słuchania dłuższego komunikatu sporządzam uporządkowaną notatkę, selekcjonuję informacje, cytuję istotne fragmenty i wykorzystuję je do odpowiedzi, polemiki lub podsumowania.</w:t>
            </w:r>
          </w:p>
          <w:p w14:paraId="6FCF6C9C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Dostosowuję styl, ton, szyk i sposób mówienia do celu oraz odbiorcy; reaguję asertywnie na manipulację, niesprawiedliwą ocenę lub agresję, zachowując kulturę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8696E2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treść, kompozycję, język i styl wypowiedzi oraz mechanizmy perswazji i manipulacji, w tym przemilczenie, niedopowiedzenie, selekcję informacji i kreowanie wizerunku.</w:t>
            </w:r>
          </w:p>
          <w:p w14:paraId="5D571977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Badam zależność między argumentacją, emocjami, środkiem przekazu i reakcją odbiorców; rozpoznaję wpływ kolejności informacji oraz sposobu ich eksponowania na wnioski.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8E15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Krytycznie oceniam rzetelność, etyczność i skuteczność komunikatu, uzasadniając ocenę jakością dowodów, języka, intencji i konsekwencji społecznych.</w:t>
            </w:r>
          </w:p>
          <w:p w14:paraId="456AA5A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własny sposób komunikowania się w sytuacji sporu lub wystąpienia, wykorzystuję informację zwrotną i planuję zmianę, która zwiększy precyzję, wiarygodność i szacunek dla odbiorcy.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1845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złożoną wypowiedź publiczną, w której celowo organizuję argumenty, styl, retorykę, tempo, intonację i komunikaty niewerbalne, zachowując zasady etycznej perswazji.</w:t>
            </w:r>
          </w:p>
          <w:p w14:paraId="631E7F1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i prowadzę fragment debaty lub rozmowy problemowej, reaguję na manipulację i błędy argumentacyjne, porządkuję stanowiska oraz formułuję neutralne, syntetyczne podsumowanie.</w:t>
            </w:r>
          </w:p>
        </w:tc>
      </w:tr>
      <w:tr w:rsidR="00866E97" w:rsidRPr="003A6783" w14:paraId="260C5E13" w14:textId="77777777">
        <w:trPr>
          <w:cantSplit/>
          <w:jc w:val="center"/>
        </w:trPr>
        <w:tc>
          <w:tcPr>
            <w:tcW w:w="1786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07DF324B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Słowotwórstwo, fleksja i fonetyka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189921C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mechanizm upodobnień fonetycznych i rozbieżności między mową a pismem oraz zasady dotyczące wyjątków od reguły polskiego akcentu.</w:t>
            </w:r>
          </w:p>
          <w:p w14:paraId="45B130B9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wyraz podstawowy i pochodny, temat słowotwórczy, formant, rdzeń i rodzinę wyrazów; znam zasady tworzenia wyrazów złożonych oraz rozpoznaję imiesłowy, aspekt i stronę czasownika.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39A6FED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wiedzę o słowotwórstwie i fleksji: tworzę wyrazy pochodne i złożone, poprawnie używam form nazw własnych, imiesłowów, stron i aspektów czasownika.</w:t>
            </w:r>
          </w:p>
          <w:p w14:paraId="568BBC46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Poprawnie akcentuję wyrazy, także objęte wyjątkami od reguły, oraz świadomie wykorzystuję wyrazy zapożyczone, archaizmy i neologizmy, gdy są adekwatne do stylu i celu.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49C2A36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budowę i pochodzenie wyrazów, rodzaj i funkcję formantów oraz mechanizm upodobnień fonetycznych; wyjaśniam ich wpływ na znaczenie, wymowę, zapis i styl.</w:t>
            </w:r>
          </w:p>
          <w:p w14:paraId="4B041F7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Badam funkcję form czasownika i imiesłowów w tekstach literackich, publicystycznych i oficjalnych, wskazując ich wpływ na perspektywę, dynamikę i odpowiedzialność nadawcy.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783882D4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i zasadność użycia środków słowotwórczych i fleksyjnych, odróżniam błąd od świadomej stylizacji oraz uzasadniam swoją interpretację kontekstem.</w:t>
            </w:r>
          </w:p>
          <w:p w14:paraId="2AFFF45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precyzję słownictwa własnego tekstu i dobieram formy bardziej adekwatne do znaczenia, stylu oraz normy językowej.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384E0BE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• Tworzę tekst, w którym celowo wykorzystuję mechanizmy słowotwórcze, archaizację, </w:t>
            </w:r>
            <w:proofErr w:type="spellStart"/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neologizację</w:t>
            </w:r>
            <w:proofErr w:type="spellEnd"/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 lub zróżnicowane formy czasownika do budowania określonego efektu stylistycznego.</w:t>
            </w:r>
          </w:p>
          <w:p w14:paraId="252C0D7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krótką analizę językową wybranego tekstu, łącząc obserwacje słowotwórcze i fleksyjne z wnioskiem o stylu, funkcji oraz intencji nadawcy.</w:t>
            </w:r>
          </w:p>
        </w:tc>
      </w:tr>
      <w:tr w:rsidR="00866E97" w:rsidRPr="003A6783" w14:paraId="158344B6" w14:textId="77777777">
        <w:trPr>
          <w:cantSplit/>
          <w:jc w:val="center"/>
        </w:trPr>
        <w:tc>
          <w:tcPr>
            <w:tcW w:w="1786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4381D751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lastRenderedPageBreak/>
              <w:t>Zdania wielokrotnie złożone i przekształcenia składniowe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672E2527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budowę zdań pojedynczych, złożonych i wielokrotnie złożonych, funkcje części zdania, imiesłowowego równoważnika oraz różnicę między mową zależną a niezależną.</w:t>
            </w:r>
          </w:p>
          <w:p w14:paraId="7054242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podstawowe typy zdań współrzędnie i podrzędnie złożonych oraz środki składniowe, takie jak powtórzenie, pytanie retoryczne, apostrofa, równoważnik i celowy szyk.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66FAF37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zróżnicowane konstrukcje w opowiadaniu, tekście oficjalnym i argumentacyjnym; poprawnie przekształcam zdania, mowę zależną i niezależną oraz konstrukcje z imiesłowami.</w:t>
            </w:r>
          </w:p>
          <w:p w14:paraId="445AB7E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typ zdania i szyk do zamierzonego sensu, stosuję stronę bierną w odpowiednich tekstach oraz zachowuję poprawne relacje między częściami wypowiedzenia.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674D0D8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budowę zdań wielokrotnie złożonych i funkcje konstrukcji składniowych, wyjaśniając ich wpływ na logikę, tempo, formalność, napięcie i perspektywę tekstu.</w:t>
            </w:r>
          </w:p>
          <w:p w14:paraId="120DB9C2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różne sposoby przytaczania wypowiedzi oraz różne typy zdań, wskazując, jak zmieniają wiarygodność narratora, odpowiedzialność nadawcy i akcenty znaczeniowe.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339C11A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funkcjonalność i poprawność złożonej składni, rozpoznaję przeciążenie, dwuznaczność lub błąd relacji oraz uzasadniam uproszczenie albo przebudowę zdania.</w:t>
            </w:r>
          </w:p>
          <w:p w14:paraId="055E2D2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Wartościuję składnię jako środek stylu, uzasadniając, dlaczego konkretna konstrukcja lepiej służy tekstowi literackiemu, naukowemu, publicystycznemu lub urzędowemu.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08F60F54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tekst o dojrzałej, zróżnicowanej składni, świadomie wykorzystując typy zdań, imiesłowy, mowę zależną i niezależną, szyk oraz składniowe środki retoryczne.</w:t>
            </w:r>
          </w:p>
          <w:p w14:paraId="62B6AFC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porównawczą analizę dwóch fragmentów pod względem składni i przepisuję jeden z nich w odmiennym stylu, zachowując sens, ale zmieniając sposób oddziaływania.</w:t>
            </w:r>
          </w:p>
        </w:tc>
      </w:tr>
      <w:tr w:rsidR="00866E97" w:rsidRPr="003A6783" w14:paraId="1CCA00EE" w14:textId="77777777">
        <w:trPr>
          <w:cantSplit/>
          <w:jc w:val="center"/>
        </w:trPr>
        <w:tc>
          <w:tcPr>
            <w:tcW w:w="1786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67EFA98B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Style funkcjonalne, norma i błąd językowy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704838DF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zróżnicowanie języka; rozpoznaję styl potoczny, urzędowy, artystyczny, naukowy i publicystyczny oraz słownictwo ogólne, specjalistyczne, archaiczne, potoczne i zapożyczone.</w:t>
            </w:r>
          </w:p>
          <w:p w14:paraId="1DBABB20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pojęcia normy wzorcowej i użytkowej, błędu językowego, homonimu, treści i zakresu wyrazu oraz zasady grzeczności i etyki w komunikacji.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1FA974B2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Dostosowuję styl i słownictwo do formy, celu, medium i odbiorcy; poprawnie stosuję słownictwo specjalistyczne, frazeologię oraz formy imion, nazwisk, nazw miejscowych i nazw mieszkańców.</w:t>
            </w:r>
          </w:p>
          <w:p w14:paraId="42EEA1B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Posługuję się normą językową adekwatnie do sytuacji, rozpoznaję błąd i poprawiam go, a w tekstach użytkowych unikam slangu, niejasnych skrótów i niezamierzonej potoczności.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57BF97A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styl tekstu, jego słownictwo, ton i środki wartościujące, wskazując cechy pozwalające odróżnić tekst urzędowy, artystyczny, naukowy, publicystyczny i potoczny.</w:t>
            </w:r>
          </w:p>
          <w:p w14:paraId="6C2A43F3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Badam manipulacyjne użycie słów, eufemizmów, etykiet, uogólnień i wartościowania oraz wyjaśniam, jak język wpływa na postrzeganie ludzi, zjawisk i problemów.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2C7DB066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poprawność, adekwatność i etyczność języka, rozstrzygam sporne przypadki z pomocą wiarygodnych źródeł i uzasadniam wybór normy lub stylu właściwego dla sytuacji.</w:t>
            </w:r>
          </w:p>
          <w:p w14:paraId="6CE4FAE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Krytycznie oceniam komunikat pod kątem manipulacji, wykluczenia i odpowiedzialności za słowo, a następnie proponuję wersję bardziej precyzyjną, uczciwą i szanującą odbiorcę.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277AD640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wypowiedzi w różnych stylach i rejestrach, świadomie zmieniając słownictwo, składnię oraz ton przy zachowaniu tego samego podstawowego komunikatu.</w:t>
            </w:r>
          </w:p>
          <w:p w14:paraId="2E7A16D0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analizę retoryczno-językową wybranego przekazu publicznego, formułuję wnioski o intencji i oddziaływaniu oraz tworzę alternatywną wersję o innym celu.</w:t>
            </w:r>
          </w:p>
        </w:tc>
      </w:tr>
      <w:tr w:rsidR="00866E97" w:rsidRPr="003A6783" w14:paraId="113752F1" w14:textId="77777777">
        <w:trPr>
          <w:cantSplit/>
          <w:jc w:val="center"/>
        </w:trPr>
        <w:tc>
          <w:tcPr>
            <w:tcW w:w="1786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0C927C5C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Ortografia i interpunkcja w złożonych wypowiedziach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6AB99D5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zasady ortografii i interpunkcji obowiązujące po klasach IV–VIII, w tym zapis samogłosek ustnych i nosowych, spółgłosek twardych i miękkich, dźwięcznych i bezdźwięcznych, wyrazów nieodmiennych oraz partykuły „nie”.</w:t>
            </w:r>
          </w:p>
          <w:p w14:paraId="6DD66DE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funkcję znaków w zdaniach wielokrotnie złożonych, dialogu, mowie niezależnej, cytatach, wyliczeniach i wtrąceniach oraz wpływ zapisu na interpretację tekstu.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5643C39C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poprawną ortografię i interpunkcję w rozbudowanych tekstach różnych gatunków, poprawnie cytuję, zapisuję dialog, mowę niezależną, imiesłowowe równoważniki i złożone wyliczenia.</w:t>
            </w:r>
          </w:p>
          <w:p w14:paraId="00B41F9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Korzystam z wiarygodnych słowników, poradni i opracowań normatywnych, gdy przypadek jest nietypowy, oraz samodzielnie nanoszę poprawki w wersji papierowej i cyfrowej.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192D07F3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zdanie i budowę wyrazu jako podstawę decyzji ortograficznej lub interpunkcyjnej, łącząc wiedzę z fonetyki, fleksji, słowotwórstwa i składni.</w:t>
            </w:r>
          </w:p>
          <w:p w14:paraId="6F96C72C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Klasyfikuję błędy w swoim tekście, rozpoznaję wzorce ich powtarzania i wyciągam wnioski o regułach lub procedurach sprawdzania, które muszę stosować częściej.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0663DCC9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trudnych przypadków zapisu, uzasadniam rozwiązanie regułą i źródłem normatywnym oraz potrafię rozważyć różnicę między wariantem dopuszczalnym a błędem.</w:t>
            </w:r>
          </w:p>
          <w:p w14:paraId="4019B534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całą pracę redakcyjnie i korektorsko, oceniam wpływ interpunkcji na logikę i rytm oraz wybieram przekształcenie składni, gdy poprawia czytelność.</w:t>
            </w:r>
          </w:p>
        </w:tc>
        <w:tc>
          <w:tcPr>
            <w:tcW w:w="2749" w:type="dxa"/>
            <w:tcMar>
              <w:top w:w="35" w:type="dxa"/>
              <w:left w:w="85" w:type="dxa"/>
              <w:bottom w:w="35" w:type="dxa"/>
              <w:right w:w="85" w:type="dxa"/>
            </w:tcMar>
          </w:tcPr>
          <w:p w14:paraId="35496FD9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tekst o wysokiej poprawności językowej, ortograficznej i interpunkcyjnej oraz przeprowadzam samodzielną, udokumentowaną korektę z wykorzystaniem właściwych źródeł.</w:t>
            </w:r>
          </w:p>
          <w:p w14:paraId="5D549725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zestaw ćwiczeń korektorskich do najtrudniejszych dla siebie lub klasy problemów, tworząc przykłady, klucz odpowiedzi i krótkie uzasadnienie każdej reguły.</w:t>
            </w:r>
          </w:p>
        </w:tc>
      </w:tr>
    </w:tbl>
    <w:p w14:paraId="12759BA1" w14:textId="77777777" w:rsidR="00F0532E" w:rsidRDefault="00F0532E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78C2FD1A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7C423B60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7D38F28C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6A6E5AFA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256667EB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6D216532" w14:textId="77777777" w:rsid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29724FDE" w14:textId="77777777" w:rsidR="003A6783" w:rsidRPr="003A6783" w:rsidRDefault="003A6783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44E02C2E" w14:textId="77777777" w:rsidR="00866E97" w:rsidRPr="003A6783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3A6783">
        <w:rPr>
          <w:rFonts w:ascii="Times New Roman" w:eastAsia="Arial" w:hAnsi="Times New Roman" w:cs="Times New Roman"/>
          <w:sz w:val="22"/>
          <w:szCs w:val="24"/>
          <w:lang w:val="pl-PL"/>
        </w:rPr>
        <w:lastRenderedPageBreak/>
        <w:t>III. TWORZENIE WYPOWIEDZI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866E97" w:rsidRPr="003A6783" w14:paraId="46255A3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0BBF7E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BE3C5C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Dopuszczająca (2)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1E6B5D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Dostateczna (3)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09B5BD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Dobra (4)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8DDD29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Bardzo dobra (5)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6A755E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Celująca (6)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TWORZENIE</w:t>
            </w:r>
          </w:p>
        </w:tc>
      </w:tr>
      <w:tr w:rsidR="00866E97" w:rsidRPr="003A6783" w14:paraId="0203DF75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0292E6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Wypowiedź publiczna, dyskusja i prezentacja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CA4DC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zasady debaty, polemiki i konstruktywnej informacji zwrotnej; rozpoznaję tezę, argument, kontrargument, błąd argumentacyjny i manipulację w wypowiedzi ustnej.</w:t>
            </w:r>
          </w:p>
          <w:p w14:paraId="0715DAE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Potrafię jasno przedstawić własne stanowisko, uwzględnić odmienną perspektywę i kulturalnie wyrazić sprzeciw, nie naruszając godności rozmówcy.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7B9812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Uczestniczę w dyskusji lub debacie, formułuję argumenty i kontrargumenty, nawiązuję do wypowiedzi innych, parafrazuję ich stanowiska oraz respektuję ustalone zasady.</w:t>
            </w:r>
          </w:p>
          <w:p w14:paraId="5C85E7A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Wygłaszam przemówienie lub inną przygotowaną wypowiedź, świadomie stosując intonację, dykcję, tempo, pauzę i środki retoryczne adekwatne do odbiorcy.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157226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argumentację rozmówców, rozpoznaję uogólnienia, fałszywe analogie, manipulacyjne przemilczenia i nieuprawnione wnioski oraz wskazuję ich wpływ na jakość debaty.</w:t>
            </w:r>
          </w:p>
          <w:p w14:paraId="09C8EC4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style i strategie wystąpień, badam siłę argumentów oraz wpływ języka, kolejności, tonu i środków niewerbalnych na wiarygodność mówcy.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1D3CC7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debatę pod względem merytorycznym, logicznym, językowym i etycznym; uzasadniam, które argumenty są najsilniejsze i czy rozmówcy uczciwie odnoszą się do kontrargumentów.</w:t>
            </w:r>
          </w:p>
          <w:p w14:paraId="08B1881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własne wystąpienie i wykorzystanie informacji zwrotnej, wskazuję konkretne dowody postępu oraz planuję następny etap doskonalenia sposobu mówienia i argumentowania.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BEC67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i wygłaszam dojrzałą wypowiedź publiczną, w której integruję argumenty, kontrargument, konteksty i środki retoryczne w spójną, etyczną strategię perswazyjną.</w:t>
            </w:r>
          </w:p>
          <w:p w14:paraId="3AD1144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Prowadzę debatę lub jej część, formułuję pytania ujawniające założenia, porządkuję argumenty według ważności i kończę spotkanie syntetycznym, bezstronnym podsumowaniem.</w:t>
            </w:r>
          </w:p>
        </w:tc>
      </w:tr>
      <w:tr w:rsidR="00866E97" w:rsidRPr="003A6783" w14:paraId="59C21946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A0420D" w14:textId="77777777" w:rsidR="002C6A69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Rozprawka, recenzja, charakterystyka porównawcza i formy użytkowe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12CF8E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cechy rozprawki, recenzji, przemówienia, wywiadu, charakterystyki porównawczej, podania, CV, listu motywacyjnego, streszczenia, parafrazy i opisu dzieła oraz wskazuję ich funkcje.</w:t>
            </w:r>
          </w:p>
          <w:p w14:paraId="20B15B78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w rozbudowanym tekście tezę lub hipotezę, argumenty, przykłady, kontrargument, wnioski, akapity i środki spójności oraz potrafię wskazać ich funkcje.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0EDF1D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Redaguję zgodnie z cechami gatunku rozprawkę, recenzję, przemówienie, wywiad, charakterystykę porównawczą, podanie, CV i list motywacyjny; dostosowuję język, układ i poziom formalności do sytuacji.</w:t>
            </w:r>
          </w:p>
          <w:p w14:paraId="0892312F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poprawne streszczenie i parafrazę, opis dzieła sztuki z interpretacją oraz rozbudowane opowiadanie, wykorzystując dialog, monolog, opis przeżyć i elementy charakterystyki.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757CC9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kompozycję długiej wypowiedzi, funkcję każdego akapitu, relacje między argumentami i przykładami oraz spójność stylu; przebudowuję tekst, gdy tok rozumowania jest nieskuteczny.</w:t>
            </w:r>
          </w:p>
          <w:p w14:paraId="15412B60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różne formy i rejestry, przekształcam tekst z potocznego na oficjalny lub odwrotnie oraz dostosowuję treść do innego odbiorcy i medium.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29BB33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wypowiedź pod względem merytorycznym, logicznym, kompozycyjnym, stylistycznym, językowym i zapisu; hierarchizuję poprawki według ich znaczenia dla odbiorcy.</w:t>
            </w:r>
          </w:p>
          <w:p w14:paraId="5BFF4547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Wartościuję dobór argumentów, kontekstów, środków stylistycznych i rozwiązań kompozycyjnych, uzasadniając, które z nich najlepiej realizują cel i wzmacniają indywidualny charakter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11A602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oryginalne, dojrzałe i spójne wypowiedzi, w których samodzielnie konstruuję problem, tezę lub hipotezę, rozwijam argumentację, integruję konteksty i formułuję pogłębione wnioski.</w:t>
            </w:r>
          </w:p>
          <w:p w14:paraId="1F1A9490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rozbudowaną wypowiedź użytkową lub multimodalną dla konkretnego odbiorcy, świadomie łącząc treść, styl, kompozycję, dane, cytaty i elementy wizualne.</w:t>
            </w:r>
          </w:p>
        </w:tc>
      </w:tr>
      <w:tr w:rsidR="00866E97" w:rsidRPr="003A6783" w14:paraId="3049FE00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507EC8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Rozbudowany wywód, streszczenie, parafraza i redakcja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1C64C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zasady budowania wywodu i odróżniam tezę, hipotezę, stanowisko, argument, przykład, kontrargument, wnioskowanie i podsumowanie oraz rozpoznaję typowe błędy logiczne.</w:t>
            </w:r>
          </w:p>
          <w:p w14:paraId="3153AB0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różnicę między cytatem, parafrazą i streszczeniem oraz wiem, jak poszanowanie źródła i autorstwa wpływa na rzetelność własnego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5A307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rozbudowany schemat argumentacji, łączę argumenty z przykładami i kontekstami, odnoszę się do kontrargumentu i formułuję wniosek wynikający z przeprowadzonego rozumowania.</w:t>
            </w:r>
          </w:p>
          <w:p w14:paraId="2BDC422C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teksty, skracając, rozbudowując, parafrazując, zmieniając styl lub formę; zachowuję sens i czytelnie odróżniam własne sformułowania od cytatu.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36AED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logiczną konstrukcję wywodu, identyfikuję ukryte założenia, luki, uogólnienia i fałszywe analogie oraz wskazuję, jak można wzmocnić słaby argument.</w:t>
            </w:r>
          </w:p>
          <w:p w14:paraId="1E89D0E1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kilka wersji tego samego materiału i badam, jak zmiana selekcji informacji, stylu, kolejności i sposobu cytowania wpływa na wiarygodność oraz interpretację.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1F05DB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Krytycznie oceniam argumentację i źródła, odróżniam mocny dowód od pozoru argumentu oraz uzasadniam, czy wniosek rzeczywiście wynika z przesłanek.</w:t>
            </w:r>
          </w:p>
          <w:p w14:paraId="49306C4A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własny tekst wieloetapowo, korzystając z kryteriów i informacji zwrotnej; oceniam skuteczność poprawek i potrafię obronić decyzje redakcyjne.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B7228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wielostronny wywód, w którym syntetyzuję informacje i konteksty, rozważam kontrargumenty, ważę racje oraz formułuję autorski, uzasadniony wniosek bez uproszczeń.</w:t>
            </w:r>
          </w:p>
          <w:p w14:paraId="49B49878" w14:textId="77777777" w:rsidR="00866E97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materiał źródłowy w autorską wypowiedź o nowym celu i strukturze, zachowując rzetelność, poprawne odwołania oraz świadomy dobór tego, co cytuję, parafrazuję i streszczam.</w:t>
            </w:r>
          </w:p>
        </w:tc>
      </w:tr>
    </w:tbl>
    <w:p w14:paraId="21A207A4" w14:textId="77777777" w:rsidR="00F0532E" w:rsidRPr="003A6783" w:rsidRDefault="00F0532E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2F4E494A" w14:textId="77777777" w:rsidR="003A6783" w:rsidRDefault="003A6783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6339A108" w14:textId="77777777" w:rsidR="003A6783" w:rsidRDefault="003A6783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18F44CE1" w14:textId="77777777" w:rsidR="003A6783" w:rsidRDefault="003A6783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08D362BB" w14:textId="77777777" w:rsidR="003A6783" w:rsidRDefault="003A6783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600BD68C" w14:textId="6F361513" w:rsidR="00866E97" w:rsidRPr="003A6783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3A6783">
        <w:rPr>
          <w:rFonts w:ascii="Times New Roman" w:eastAsia="Arial" w:hAnsi="Times New Roman" w:cs="Times New Roman"/>
          <w:sz w:val="22"/>
          <w:szCs w:val="24"/>
          <w:lang w:val="pl-PL"/>
        </w:rPr>
        <w:t>V. SAMOKSZTAŁCENIE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866E97" w:rsidRPr="003A6783" w14:paraId="40DC9A1C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32AD00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</w:rPr>
              <w:t>Zakres</w:t>
            </w:r>
            <w:proofErr w:type="spellEnd"/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3A14E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Dopuszczająca (2)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F0120B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Dostateczna (3)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F0E844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Dobra (4)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0B625B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Bardzo dobra (5)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C90BF5" w14:textId="77777777" w:rsidR="00866E97" w:rsidRPr="003A67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Celująca (6)</w:t>
            </w:r>
            <w:r w:rsidRPr="003A6783">
              <w:rPr>
                <w:rFonts w:ascii="Times New Roman" w:hAnsi="Times New Roman" w:cs="Times New Roman"/>
                <w:sz w:val="18"/>
                <w:szCs w:val="24"/>
              </w:rPr>
              <w:br/>
            </w:r>
            <w:r w:rsidRPr="003A6783">
              <w:rPr>
                <w:rFonts w:ascii="Times New Roman" w:eastAsia="Arial" w:hAnsi="Times New Roman" w:cs="Times New Roman"/>
                <w:b/>
                <w:sz w:val="16"/>
                <w:szCs w:val="24"/>
              </w:rPr>
              <w:t>TWORZENIE</w:t>
            </w:r>
          </w:p>
        </w:tc>
      </w:tr>
      <w:tr w:rsidR="00866E97" w:rsidRPr="003A6783" w14:paraId="6F855D0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10F16C" w14:textId="77777777" w:rsidR="00866E97" w:rsidRPr="003A6783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Samodzielne korzystanie ze źródeł, projekty i krytyczne myślenie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0AA07E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różnice między informacją, publicystyką, reklamą i rozrywką oraz między literaturą piękną a tekstem naukowym i popularnonaukowym; rozpoznaję reportaż, wywiad i artykuł.</w:t>
            </w:r>
          </w:p>
          <w:p w14:paraId="5DBBB69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Znam zasady praw autorskich, cytowania, ochrony danych i bezpiecznego publikowania; rozumiem, że rzetelność źródła zależy m.in. od autora, daty, celu i miejsca publikacji.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58E79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Wyszukuję i porównuję informacje z wielu źródeł, wykorzystuję przypisy, słowniki, opracowania i źródła specjalistyczne; gromadzę i selekcjonuję materiał według funkcji w planowanej wypowiedzi.</w:t>
            </w:r>
          </w:p>
          <w:p w14:paraId="3EB98E28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Korzystam z narzędzi cyfrowych do pracy ze źródłami i przygotowania projektu, dokumentuję wykorzystane materiały oraz respektuję autorstwo, prywatność i zasady odpowiedzialnego publikowania.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8F697F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rzetelność przekazu, interes i cel nadawcy, dobór informacji oraz sposób ich eksponowania; wskazuję, jak selekcja treści i emocje mogą wpływać na obraz przedstawianego problemu.</w:t>
            </w:r>
          </w:p>
          <w:p w14:paraId="6BCF2C96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Syntetyzuję dane z kilku źródeł, rozpoznaję zgodność, rozbieżność i lukę informacyjną oraz odróżniam dowód od opinii, przypuszczenia lub informacji bez wystarczającego potwierdzenia.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EE75A6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aktualność, rzetelność, bezstronność i przydatność źródeł, uzasadniam stopień zaufania do informacji oraz wskazuję, czego potrzeba do jej dalszej weryfikacji.</w:t>
            </w:r>
          </w:p>
          <w:p w14:paraId="28241E3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etyczne konsekwencje publikowania i rozpowszechniania treści, uwzględniając prawa autorskie, dane osobowe, dobro odbiorców i odpowiedzialność nadawcy.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A83E09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samodzielne opracowanie lub przegląd mediów, w którym porównuję źródła, syntetyzuję informacje, wskazuję ograniczenia danych i poprawnie dokumentuję wykorzystane materiały.</w:t>
            </w:r>
          </w:p>
          <w:p w14:paraId="2D60A421" w14:textId="77777777" w:rsidR="002C6A69" w:rsidRPr="003A6783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3A6783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reportaż, prezentację lub materiał edukacyjny na podstawie zweryfikowanych źródeł, gromadzę i selekcjonuję materiał oraz dobieram sposób prezentacji do konkretnej grupy odbiorców.</w:t>
            </w:r>
          </w:p>
        </w:tc>
      </w:tr>
    </w:tbl>
    <w:p w14:paraId="6A4FBE78" w14:textId="77777777" w:rsidR="00F0532E" w:rsidRPr="003A6783" w:rsidRDefault="00F0532E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</w:p>
    <w:p w14:paraId="104B0073" w14:textId="77777777" w:rsidR="00866E97" w:rsidRPr="003A6783" w:rsidRDefault="00000000">
      <w:pPr>
        <w:spacing w:before="20" w:after="0"/>
        <w:rPr>
          <w:rFonts w:ascii="Times New Roman" w:eastAsia="Arial" w:hAnsi="Times New Roman" w:cs="Times New Roman"/>
          <w:b/>
          <w:sz w:val="22"/>
          <w:szCs w:val="36"/>
          <w:lang w:val="pl-PL"/>
        </w:rPr>
      </w:pPr>
      <w:r w:rsidRPr="003A6783">
        <w:rPr>
          <w:rFonts w:ascii="Times New Roman" w:eastAsia="Arial" w:hAnsi="Times New Roman" w:cs="Times New Roman"/>
          <w:b/>
          <w:sz w:val="22"/>
          <w:szCs w:val="36"/>
          <w:lang w:val="pl-PL"/>
        </w:rPr>
        <w:t>Ocena niedostateczna (1): nie opanowałem/-</w:t>
      </w:r>
      <w:proofErr w:type="spellStart"/>
      <w:r w:rsidRPr="003A6783">
        <w:rPr>
          <w:rFonts w:ascii="Times New Roman" w:eastAsia="Arial" w:hAnsi="Times New Roman" w:cs="Times New Roman"/>
          <w:b/>
          <w:sz w:val="22"/>
          <w:szCs w:val="36"/>
          <w:lang w:val="pl-PL"/>
        </w:rPr>
        <w:t>am</w:t>
      </w:r>
      <w:proofErr w:type="spellEnd"/>
      <w:r w:rsidRPr="003A6783">
        <w:rPr>
          <w:rFonts w:ascii="Times New Roman" w:eastAsia="Arial" w:hAnsi="Times New Roman" w:cs="Times New Roman"/>
          <w:b/>
          <w:sz w:val="22"/>
          <w:szCs w:val="36"/>
          <w:lang w:val="pl-PL"/>
        </w:rPr>
        <w:t xml:space="preserve"> podstawowych wiadomości i umiejętności koniecznych do dalszego uczenia się i nie potrafię wykonać prostych zadań nawet po otrzymaniu jasnej wskazówki dotyczącej sposobu działania.</w:t>
      </w:r>
    </w:p>
    <w:p w14:paraId="285D031C" w14:textId="77777777" w:rsidR="00CB205A" w:rsidRPr="003A6783" w:rsidRDefault="00CB205A" w:rsidP="00CB205A">
      <w:pPr>
        <w:spacing w:after="40" w:line="240" w:lineRule="auto"/>
        <w:rPr>
          <w:rFonts w:ascii="Times New Roman" w:hAnsi="Times New Roman" w:cs="Times New Roman"/>
          <w:sz w:val="24"/>
          <w:szCs w:val="36"/>
          <w:lang w:val="pl-PL"/>
        </w:rPr>
      </w:pPr>
      <w:r w:rsidRPr="003A6783">
        <w:rPr>
          <w:rFonts w:ascii="Times New Roman" w:eastAsia="Arial" w:hAnsi="Times New Roman" w:cs="Times New Roman"/>
          <w:b/>
          <w:sz w:val="24"/>
          <w:szCs w:val="36"/>
          <w:lang w:val="pl-PL"/>
        </w:rPr>
        <w:t>Każda kolejna ocena obejmuje także umiejętności wymagane na ocenę niższą.</w:t>
      </w:r>
    </w:p>
    <w:sectPr w:rsidR="00CB205A" w:rsidRPr="003A6783" w:rsidSect="00034616">
      <w:footerReference w:type="default" r:id="rId8"/>
      <w:pgSz w:w="16838" w:h="11906" w:orient="landscape"/>
      <w:pgMar w:top="482" w:right="482" w:bottom="482" w:left="48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F359" w14:textId="77777777" w:rsidR="006A0321" w:rsidRDefault="006A0321">
      <w:pPr>
        <w:spacing w:after="0" w:line="240" w:lineRule="auto"/>
      </w:pPr>
      <w:r>
        <w:separator/>
      </w:r>
    </w:p>
  </w:endnote>
  <w:endnote w:type="continuationSeparator" w:id="0">
    <w:p w14:paraId="32D004FD" w14:textId="77777777" w:rsidR="006A0321" w:rsidRDefault="006A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197E" w14:textId="77777777" w:rsidR="00866E97" w:rsidRDefault="00000000">
    <w:pPr>
      <w:pStyle w:val="Stopka"/>
      <w:jc w:val="right"/>
    </w:pPr>
    <w:r>
      <w:rPr>
        <w:rFonts w:eastAsia="Arial"/>
        <w:sz w:val="14"/>
      </w:rPr>
      <w:t xml:space="preserve">Język polski – klasa 8 | strona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 w:rsidR="00CB205A">
      <w:rPr>
        <w:rFonts w:eastAsia="Arial"/>
        <w:noProof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1474" w14:textId="77777777" w:rsidR="006A0321" w:rsidRDefault="006A0321">
      <w:pPr>
        <w:spacing w:after="0" w:line="240" w:lineRule="auto"/>
      </w:pPr>
      <w:r>
        <w:separator/>
      </w:r>
    </w:p>
  </w:footnote>
  <w:footnote w:type="continuationSeparator" w:id="0">
    <w:p w14:paraId="1BEE7C51" w14:textId="77777777" w:rsidR="006A0321" w:rsidRDefault="006A0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2231722">
    <w:abstractNumId w:val="8"/>
  </w:num>
  <w:num w:numId="2" w16cid:durableId="449326526">
    <w:abstractNumId w:val="6"/>
  </w:num>
  <w:num w:numId="3" w16cid:durableId="1104303174">
    <w:abstractNumId w:val="5"/>
  </w:num>
  <w:num w:numId="4" w16cid:durableId="650717227">
    <w:abstractNumId w:val="4"/>
  </w:num>
  <w:num w:numId="5" w16cid:durableId="1959264403">
    <w:abstractNumId w:val="7"/>
  </w:num>
  <w:num w:numId="6" w16cid:durableId="169371061">
    <w:abstractNumId w:val="3"/>
  </w:num>
  <w:num w:numId="7" w16cid:durableId="1089152849">
    <w:abstractNumId w:val="2"/>
  </w:num>
  <w:num w:numId="8" w16cid:durableId="1310594874">
    <w:abstractNumId w:val="1"/>
  </w:num>
  <w:num w:numId="9" w16cid:durableId="94943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6A69"/>
    <w:rsid w:val="00326F90"/>
    <w:rsid w:val="003A6783"/>
    <w:rsid w:val="00452E44"/>
    <w:rsid w:val="00596916"/>
    <w:rsid w:val="006A0321"/>
    <w:rsid w:val="00866E97"/>
    <w:rsid w:val="008D1A0C"/>
    <w:rsid w:val="009D7ED8"/>
    <w:rsid w:val="00AA1D8D"/>
    <w:rsid w:val="00B248CF"/>
    <w:rsid w:val="00B47730"/>
    <w:rsid w:val="00CB0664"/>
    <w:rsid w:val="00CB205A"/>
    <w:rsid w:val="00F053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3420A"/>
  <w14:defaultImageDpi w14:val="300"/>
  <w15:docId w15:val="{4C0F5468-B75A-447D-9B2D-8C3723A2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W">
    <w:name w:val="Section BW"/>
    <w:pPr>
      <w:keepNext/>
      <w:spacing w:before="80" w:after="80"/>
    </w:pPr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2703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języka polskiego – klasa 8</dc:title>
  <dc:subject>Wymagania edukacyjne, język polski, rok szkolny 2026/2027</dc:subject>
  <dc:creator/>
  <cp:keywords/>
  <dc:description>generated by python-docx</dc:description>
  <cp:lastModifiedBy>Bejbinia</cp:lastModifiedBy>
  <cp:revision>6</cp:revision>
  <dcterms:created xsi:type="dcterms:W3CDTF">2013-12-23T23:15:00Z</dcterms:created>
  <dcterms:modified xsi:type="dcterms:W3CDTF">2026-09-06T16:00:00Z</dcterms:modified>
  <cp:category/>
</cp:coreProperties>
</file>