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F42F" w14:textId="77777777" w:rsidR="00C209E7" w:rsidRPr="008A4B37" w:rsidRDefault="00000000">
      <w:pPr>
        <w:spacing w:after="60"/>
        <w:jc w:val="center"/>
        <w:rPr>
          <w:rFonts w:ascii="Times New Roman" w:hAnsi="Times New Roman" w:cs="Times New Roman"/>
          <w:sz w:val="20"/>
          <w:szCs w:val="28"/>
          <w:lang w:val="pl-PL"/>
        </w:rPr>
      </w:pPr>
      <w:r w:rsidRPr="008A4B37">
        <w:rPr>
          <w:rFonts w:ascii="Times New Roman" w:eastAsia="Arial" w:hAnsi="Times New Roman" w:cs="Times New Roman"/>
          <w:b/>
          <w:sz w:val="36"/>
          <w:szCs w:val="28"/>
          <w:lang w:val="pl-PL"/>
        </w:rPr>
        <w:t>WYMAGANIA EDUKACYJNE Z JĘZYKA POLSKIEGO – KLASA 7</w:t>
      </w:r>
    </w:p>
    <w:p w14:paraId="742C7C2C" w14:textId="77777777" w:rsidR="00C209E7" w:rsidRPr="008A4B37" w:rsidRDefault="00000000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  <w:r w:rsidRPr="008A4B37">
        <w:rPr>
          <w:rFonts w:ascii="Times New Roman" w:eastAsia="Arial" w:hAnsi="Times New Roman" w:cs="Times New Roman"/>
          <w:b/>
          <w:sz w:val="22"/>
          <w:szCs w:val="28"/>
          <w:lang w:val="pl-PL"/>
        </w:rPr>
        <w:t>rok szkolny 2026/2027</w:t>
      </w:r>
    </w:p>
    <w:p w14:paraId="69A4A0AA" w14:textId="77777777" w:rsidR="009727A4" w:rsidRDefault="009727A4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3A6F076E" w14:textId="77777777" w:rsidR="008A4B37" w:rsidRPr="008A4B37" w:rsidRDefault="008A4B37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6BB47D2F" w14:textId="77777777" w:rsidR="00C209E7" w:rsidRPr="008A4B37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8A4B37">
        <w:rPr>
          <w:rFonts w:ascii="Times New Roman" w:eastAsia="Arial" w:hAnsi="Times New Roman" w:cs="Times New Roman"/>
          <w:sz w:val="24"/>
          <w:szCs w:val="28"/>
          <w:lang w:val="pl-PL"/>
        </w:rPr>
        <w:t>I. KSZTAŁCENIE LITERACKIE I KULTUROWE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C209E7" w:rsidRPr="008A4B37" w14:paraId="4C2B3C13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3375B4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373727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4BDF4A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C1C0C5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0D29D2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0A38A1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C209E7" w:rsidRPr="008A4B37" w14:paraId="3020FBF0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AC7899" w14:textId="72CEE1D5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Rodzaje i gatunki literackie i teksty kultury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9B5B4D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tekst na poziomie dosłownym i przenośnym; rozpoznaję epikę, lirykę i dramat oraz gatunki omawiane w klasie, m.in. komedię, fraszkę, hymn, pieśń, tren, balladę, nowelę i powieść.</w:t>
            </w:r>
          </w:p>
          <w:p w14:paraId="230A6B05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Wskazuję narratora, podmiot liryczny i elementy świata przedstawionego; w dramacie rozpoznaję akt, scenę, tekst główny, didaskalia, monolog i dialog; rozpoznaję symbol, alegorię, kontrast i inwokację.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B874AF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Wykorzystuję pojęcia literackie do interpretowania tekstu; wyjaśniam funkcje narracji, komizmu, ironii, symbolu, inwokacji, tytułu, motta, punktu kulminacyjnego i kompozycji oraz rozpoznaję cechy powieści historycznej i fantasy.</w:t>
            </w:r>
          </w:p>
          <w:p w14:paraId="7C613D8E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kontekst biograficzny, historyczny, kulturowy lub społeczny, gdy pomaga on wyjaśnić problem, postawę bohatera, symbol albo znaczenie utworu.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83649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strukturę epicką, liryczną i dramatyczną, porównuję różne sposoby narracji oraz badam wpływ środków stylistycznych i konstrukcyjnych na sens oraz odbiór.</w:t>
            </w:r>
          </w:p>
          <w:p w14:paraId="00B63C2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Zestawiam dwa teksty pod względem problemu, stanowiska, argumentacji, stylu albo sposobu przedstawienia wartości; wyprowadzam wnioski z podobieństw i różnic.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2DD14C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interpretacje i sądy o utworze, sprawdzając ich oparcie w tekście i kontekstach; formułuję własną ocenę z uwzględnieniem różnych możliwych perspektyw.</w:t>
            </w:r>
          </w:p>
          <w:p w14:paraId="7AC32E7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postawy, problemy egzystencjalne i estetyczne obecne w dziele, unikając uproszczeń oraz uzasadniając sąd cytatami, analizą formy i odniesieniem do wartości.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DB93E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spójną, samodzielną interpretację tekstu literackiego lub innego tekstu kultury, łącząc analizę formy, konteksty, problematykę i własne wnioski.</w:t>
            </w:r>
          </w:p>
          <w:p w14:paraId="7EC6EA8C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autorski przekład lub reinterpretację poznanego dzieła, np. scenariusz, inscenizację, wizualizację albo tekst z odmiennej perspektywy, zachowując świadomy związek z pierwowzorem.</w:t>
            </w:r>
          </w:p>
        </w:tc>
      </w:tr>
    </w:tbl>
    <w:p w14:paraId="7C6E026C" w14:textId="77777777" w:rsidR="009727A4" w:rsidRPr="008A4B37" w:rsidRDefault="009727A4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235FDA14" w14:textId="77777777" w:rsidR="00C209E7" w:rsidRPr="008A4B37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8A4B37">
        <w:rPr>
          <w:rFonts w:ascii="Times New Roman" w:eastAsia="Arial" w:hAnsi="Times New Roman" w:cs="Times New Roman"/>
          <w:sz w:val="24"/>
          <w:szCs w:val="28"/>
          <w:lang w:val="pl-PL"/>
        </w:rPr>
        <w:t>II. KSZTAŁCENIE JĘZYKOWE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C209E7" w:rsidRPr="008A4B37" w14:paraId="5FC03ADE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3DFA06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AD79F7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2CE500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5A1CF9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164C7B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80E43A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C209E7" w:rsidRPr="008A4B37" w14:paraId="4B620FD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9F4085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Komunikacja, perswazja i etyka języka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7B2168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sens dłuższej wypowiedzi i rozpoznaję jej temat, stanowisko, tezę, argumenty, wnioski, emocje oraz intencję nadawcy, w tym aprobatę, dezaprobatę lub kpinę.</w:t>
            </w:r>
          </w:p>
          <w:p w14:paraId="72BD6C9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informację, komentarz, ocenę, perswazję i proste zabiegi manipulacyjne; odróżniam fikcję od kłamstwa oraz krytykę działania od ataku personalnego.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FCE16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Sporządzam krótką notatkę podczas słuchania, porządkuję informacje według ich znaczenia, cytuję trafny fragment i wykorzystuję go w odpowiedzi lub dyskusji.</w:t>
            </w:r>
          </w:p>
          <w:p w14:paraId="6B6138DC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oficjalną i nieoficjalną odmianę polszczyzny, parafrazuję wypowiedź rozmówcy, zadaję pytania pogłębiające i reaguję asertywnie na perswazję lub agresję słowną.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CF527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strukturę wysłuchanej wypowiedzi, zależność między tezą, argumentami i wnioskiem oraz wpływ stylu, tonu, gestu i intonacji na odbiorcę.</w:t>
            </w:r>
          </w:p>
          <w:p w14:paraId="2B9AC970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stereotypy, uogólnienia, język wykluczający i mechanizmy agresji słownej; wyjaśniam, jak wpływają na relacje oraz wiarygodność nadawcy.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EA859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merytoryczną jakość, kulturę i etyczność komunikatu, uzasadniając ocenę logiką argumentów, rzetelnością informacji oraz poszanowaniem odbiorcy.</w:t>
            </w:r>
          </w:p>
          <w:p w14:paraId="54FD564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własną komunikację po dyskusji lub prezentacji, wykorzystuję informację zwrotną i planuję konkretne działania zwiększające precyzję, asertywność i skuteczność.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E44DBF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i wygłaszam złożony komunikat dostosowany do formalnej lub nieformalnej sytuacji, świadomie wykorzystując słownictwo, strukturę, argumenty i środki niewerbalne.</w:t>
            </w:r>
          </w:p>
          <w:p w14:paraId="72874B56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model odpowiedzialnej reakcji na manipulację, hejt lub dyskryminację, tworząc komunikaty, które bronią stanowiska bez agresji i nie naruszają godności rozmówcy.</w:t>
            </w:r>
          </w:p>
        </w:tc>
      </w:tr>
      <w:tr w:rsidR="00C209E7" w:rsidRPr="008A4B37" w14:paraId="704AC428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07613D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Fonetyka, słowotwórstwo i imiesłowy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2A0D5F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mechanizm upodobnień fonetycznych i rozbieżności między mową a pismem; znam zasady akcentowania wyrazów, w tym wyjątki od reguły polskiego akcentu.</w:t>
            </w:r>
          </w:p>
          <w:p w14:paraId="724FAF6E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wyraz podstawowy i pochodny, temat słowotwórczy, formant, rdzeń, rodzinę wyrazów i wyrazy złożone; rozpoznaję także aspekt, stronę czasownika i imiesłowy.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09F875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poprawną wymowę i akcentowanie, rozpoznaję oraz nazywam podstawowe upodobnienia fonetyczne; tworzę wyrazy pochodne, złożone i rodziny wyrazów oraz poprawnie stosuję skróty i skrótowce.</w:t>
            </w:r>
          </w:p>
          <w:p w14:paraId="778D971D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czasowniki dokonane i niedokonane, stronę czynną i bierną oraz imiesłowy zgodnie z celem wypowiedzi; poprawnie zapisuję „nie” z imiesłowami według poznanych zasad.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EB220F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mechanizmy fonetyczne, miejsce akcentu i budowę słowotwórczą wyrazu; określam rodzaj oraz funkcję formantu i wyjaśniam wpływ budowy wyrazu na jego znaczenie i zapis.</w:t>
            </w:r>
          </w:p>
          <w:p w14:paraId="108649EE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Badam funkcję aspektu, strony i imiesłowów w tekście, wskazując ich wpływ na dynamikę, perspektywę, oficjalność lub zwięzłość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CEF6F2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i funkcjonalność utworzonych wyrazów oraz konstrukcji czasownikowych; uzasadniam, kiedy strona bierna, imiesłów lub skrót pomaga, a kiedy utrudnia odbiór.</w:t>
            </w:r>
          </w:p>
          <w:p w14:paraId="40E4605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własny tekst pod kątem nadużywania podobnych konstrukcji i dobieram środki fleksyjne lub słowotwórcze zwiększające precyzję oraz różnorodność.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505C1F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tekst, w którym świadomie wykorzystuję słowotwórcze środki stylistyczne, np. neologizmy, zdrobnienia i zgrubienia, oraz wyjaśniam ich zamierzony efekt.</w:t>
            </w:r>
          </w:p>
          <w:p w14:paraId="69EAD06D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własną rodzinę wyrazów albo zestaw przekształceń czasownikowych i wykorzystuję je w krótkim materiale objaśniającym mechanizm tworzenia i funkcję form.</w:t>
            </w:r>
          </w:p>
        </w:tc>
      </w:tr>
      <w:tr w:rsidR="00C209E7" w:rsidRPr="008A4B37" w14:paraId="5E4A44E4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541535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Składnia oraz mowa zależna i niezależna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BE9AFF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części zdania, zdania pojedyncze, współrzędnie i podrzędnie złożone, zdania wielokrotnie złożone oraz imiesłowowy równoważnik zdania w typowych przykładach.</w:t>
            </w:r>
          </w:p>
          <w:p w14:paraId="464D1582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podstawowe funkcje podmiotu, orzeczenia, przydawki, dopełnienia i okolicznika oraz różnicę między mową zależną a niezależną.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3EF32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Buduję i przekształcam zdania współrzędnie i podrzędnie złożone, poprawnie stosuję imiesłowowy równoważnik zdania oraz dbam o interpunkcję wynikającą ze składni.</w:t>
            </w:r>
          </w:p>
          <w:p w14:paraId="0802A0E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mowę zależną w niezależną i odwrotnie, zapisuję dialog oraz wykorzystuję zróżnicowane części zdania do precyzyjnego rozwijania informacji.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E32B7C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relacje między zdaniami składowymi, określam funkcję zdania podrzędnego i badam, jak składnia wpływa na logiczny porządek, tempo i akcenty znaczeniowe tekstu.</w:t>
            </w:r>
          </w:p>
          <w:p w14:paraId="11081A07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mowę zależną i niezależną oraz konstrukcje z imiesłowami, wskazując ich rolę w budowaniu narracji, charakterystyki bohatera i zwięzłości przekazu.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B3A2F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złożonych konstrukcji, rozpoznaję błąd podmiotu przy imiesłowie, niejasne zależności i przeciążone zdania oraz uzasadniam sposób ich poprawy.</w:t>
            </w:r>
          </w:p>
          <w:p w14:paraId="3B540D6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rozwiązania składniowe pod kątem stylu i funkcji, wybierając konstrukcję najlepiej pasującą do narracji, argumentacji, tekstu oficjalnego lub naukowego.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9299F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tekst o zróżnicowanej, funkcjonalnej składni, świadomie łącząc typy zdań, imiesłowy, mowę zależną i niezależną oraz środki składniowe o funkcji stylistycznej.</w:t>
            </w:r>
          </w:p>
          <w:p w14:paraId="6D2923A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kilka wariantów jednego fragmentu o odmiennej składni i wyjaśniam, jak zmieniają one dynamikę, perspektywę, formalność i sposób odbioru.</w:t>
            </w:r>
          </w:p>
        </w:tc>
      </w:tr>
      <w:tr w:rsidR="00C209E7" w:rsidRPr="008A4B37" w14:paraId="17C72C33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41BCB6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Zróżnicowanie języka i kultura języka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F182D0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pojęcia: archaizm, neologizm, termin naukowy, wyraz potoczny, wulgaryzm, synonim, antonim, homonim i związek frazeologiczny oraz rozpoznaję je w typowych tekstach.</w:t>
            </w:r>
          </w:p>
          <w:p w14:paraId="6234203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Rozróżniam język oficjalny i nieoficjalny, rozpoznaję slang oraz rozumiem zasady grzeczności językowej, asertywności i odpowiedzialności za słowo.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C559E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Dobieram słownictwo i frazeologię do celu, tematu i odbiorcy; stosuję właściwy poziom formalności oraz poprawne formy imion, nazwisk, nazw miejscowych i nazw mieszkańców.</w:t>
            </w:r>
          </w:p>
          <w:p w14:paraId="22164D3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Wykorzystuję synonimy, antonimy, wyrazy wieloznaczne i związki frazeologiczne do zwiększania precyzji oraz różnorodności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9D9C4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funkcje archaizmów, neologizmów, kolokwializmów i słownictwa wartościującego w tekście oraz ich wpływ na styl, wiarygodność nadawcy i obraz bohatera.</w:t>
            </w:r>
          </w:p>
          <w:p w14:paraId="55808949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sposoby formułowania tego samego komunikatu w różnych rejestrach języka i wyjaśniam, jak styl zmienia relację między nadawcą a odbiorcą.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1F9248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kulturę i adekwatność języka, rozpoznaję mowę wykluczającą, agresję oraz manipulacyjne etykietowanie i uzasadniam, jak można zastąpić je odpowiedzialnym komunikatem.</w:t>
            </w:r>
          </w:p>
          <w:p w14:paraId="393BA90D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spójność stylistyczną własnego tekstu i uzasadniam korekty dotyczące tonu, formalności, precyzji słownictwa i unikania niezamierzonych znaczeń.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D129D8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tekst o konsekwentnie dobranym rejestrze i świadomie wykorzystuję zróżnicowanie języka do charakteryzowania nadawcy, bohatera lub sytuacji komunikacyjnej.</w:t>
            </w:r>
          </w:p>
          <w:p w14:paraId="333F204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kampanię lub krótki materiał przeciwdziałający agresji językowej i dyskryminacji, dobierając słownictwo inkluzywne, rzeczowe i adekwatne do odbiorców.</w:t>
            </w:r>
          </w:p>
        </w:tc>
      </w:tr>
      <w:tr w:rsidR="00C209E7" w:rsidRPr="008A4B37" w14:paraId="06ABFD2B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76E87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Ortografia i interpunkcja w tekstach złożonych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580E42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Przypominam sobie zasady ortografii, w tym zapis „nie” z różnymi częściami mowy, form imiesłowowych, wyrazów z przedrostkami, skrótów i skrótowców.</w:t>
            </w:r>
          </w:p>
          <w:p w14:paraId="1E27ABF5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zasady interpunkcji w zdaniach złożonych, konstrukcjach z imiesłowowym równoważnikiem zdania, mowie niezależnej, cytatach i wtrąceniach.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FC8F6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wiedzę o upodobnieniach i wymianie głosek podczas uzasadniania pisowni; poprawnie zapisuję samogłoski ustne i nosowe oraz spółgłoski twarde i miękkie, dźwięczne i bezdźwięczne.</w:t>
            </w:r>
          </w:p>
          <w:p w14:paraId="5E161B2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Korzystam ze słowników i poradni językowych do sprawdzania trudnych przypadków i nanoszę poprawki bez zmiany sensu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1BFAE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budowę zdania przed zastosowaniem interpunkcji, rozpoznaję relacje składniowe i uzasadniam miejsca przecinków oraz znaków wydzielających cytat, dopowiedzenie i dialog.</w:t>
            </w:r>
          </w:p>
          <w:p w14:paraId="7974A2E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Klasyfikuję własne błędy, szukam ich źródła w fonetyce, fleksji, słowotwórstwie lub składni i wyciągam wnioski dotyczące sposobu dalszej pracy.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99E929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zapisu złożonego tekstu i rozstrzygam trudne przypadki na podstawie wiarygodnych źródeł, potrafiąc wyjaśnić podstawę swojej decyzji.</w:t>
            </w:r>
          </w:p>
          <w:p w14:paraId="4D9285C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interpunkcję nie tylko pod względem reguł, ale również czytelności wypowiedzi, i uzasadniam, kiedy przekształcenie składni jest lepsze niż dokładanie znaków.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268B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poprawny zapisowo, rozbudowany tekst oraz samodzielnie wykonuję redakcję i korektę, dokumentując najważniejsze zmiany i wnioski do kolejnych prac.</w:t>
            </w:r>
          </w:p>
          <w:p w14:paraId="08177339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minićwiczenie korektorskie z typowymi błędami ortograficznymi i interpunkcyjnymi, opracowuję klucz oraz krótkie, rzeczowe uzasadnienia poprawek.</w:t>
            </w:r>
          </w:p>
        </w:tc>
      </w:tr>
    </w:tbl>
    <w:p w14:paraId="0F1C1B96" w14:textId="77777777" w:rsidR="009727A4" w:rsidRPr="008A4B37" w:rsidRDefault="009727A4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445B0F7A" w14:textId="77777777" w:rsidR="00C209E7" w:rsidRPr="008A4B37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8A4B37">
        <w:rPr>
          <w:rFonts w:ascii="Times New Roman" w:eastAsia="Arial" w:hAnsi="Times New Roman" w:cs="Times New Roman"/>
          <w:sz w:val="24"/>
          <w:szCs w:val="28"/>
          <w:lang w:val="pl-PL"/>
        </w:rPr>
        <w:t>III. TWORZENIE WYPOWIEDZI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C209E7" w:rsidRPr="008A4B37" w14:paraId="29974DC2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6D87D2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006E97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9F4E88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4694F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98D47D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1CA29E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C209E7" w:rsidRPr="008A4B37" w14:paraId="366732AC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8ED475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Dyskusja, polemika i wypowiedź publiczna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796331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zasady dyskusji i debaty; potrafię uporządkowanie przedstawić stanowisko, podać argument oraz odnieść się do wypowiedzi poprzednika bez naruszania zasad kultury.</w:t>
            </w:r>
          </w:p>
          <w:p w14:paraId="11DF551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argument, opinię, kontrargument i manipulację; wiem, że przekonywanie ma granice wyznaczone szacunkiem dla odmiennego światopoglądu.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CF808F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Uczestniczę w dyskusji, formułuję stanowisko, uzasadniam je co najmniej kilkoma argumentami, parafrazuję stanowisko rozmówcy i rzeczowo odpowiadam na kontrargument.</w:t>
            </w:r>
          </w:p>
          <w:p w14:paraId="1683D2CE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Wygłaszam przygotowaną wypowiedź z odpowiednią dykcją, tempem i intonacją, dostosowując język do formalności sytuacji oraz wiedzy odbiorców.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3AEF0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przebieg dyskusji, rozpoznaję relacje między argumentami, kontrargumentami i wnioskami oraz wskazuję uogólnienia, fałszywe analogie lub inne słabe elementy rozumowania.</w:t>
            </w:r>
          </w:p>
          <w:p w14:paraId="21F15A68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skuteczność różnych sposobów prezentowania stanowiska i wyjaśniam wpływ kompozycji, kolejności argumentów, tonu oraz środków retorycznych.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26005A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siłę argumentacji własnej i innych osób, uzasadniam, które argumenty są trafne, uczciwe i dobrze udokumentowane, a które wymagają odrzucenia lub poprawy.</w:t>
            </w:r>
          </w:p>
          <w:p w14:paraId="23E85BDB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własne wystąpienie i sposób reagowania na odmienny pogląd; wykorzystuję informację zwrotną do zaplanowania konkretnej zmiany w kolejnej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18AE4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i wygłaszam przemówienie lub inną wypowiedź perswazyjną, w której świadomie buduję argumentację, stosuję środki retoryczne i respektuję zasady etycznego przekonywania.</w:t>
            </w:r>
          </w:p>
          <w:p w14:paraId="61E201AD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Prowadzę dyskusję lub jej fragment, formułuję pytania pogłębiające, porządkuję stanowiska, reaguję na błędy argumentacyjne i kończę rozmowę syntetycznym podsumowaniem.</w:t>
            </w:r>
          </w:p>
        </w:tc>
      </w:tr>
      <w:tr w:rsidR="00C209E7" w:rsidRPr="008A4B37" w14:paraId="7E9534DC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0FCEBF" w14:textId="77777777" w:rsidR="007263BD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Rozprawka, przemówienie, wywiad i inne formy wypowiedzi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7B3C31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cechy rozprawki, przemówienia, wywiadu, opowiadania, opisu przeżyć, opisu obrazu, artykułu, streszczenia i parafrazy; wskazuję ich cel i podstawową strukturę.</w:t>
            </w:r>
          </w:p>
          <w:p w14:paraId="37C11697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tezę, hipotezę, argument, przykład, kontrargument, wniosek i akapit argumentacyjny oraz odróżniam opis przeżyć od opowiadania i tekst literacki od artykułu.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8C8330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Redaguję rozprawkę do podanej tezy lub hipotezy, przemówienie, wywiad i artykuł, stosując odpowiednią kompozycję, styl i środki spójności.</w:t>
            </w:r>
          </w:p>
          <w:p w14:paraId="7A91843A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opowiadanie, opis przeżyć i opis obrazu oraz notatkę, streszczenie i parafrazę; zachowuję najważniejszy sens tekstu i podstawowe zasady cytowania.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8AA353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kompozycję własnej dłuższej wypowiedzi, funkcję akapitów, kolejność argumentów i spójność językową; przebudowuję fragmenty, które osłabiają tok rozumowania.</w:t>
            </w:r>
          </w:p>
          <w:p w14:paraId="50A8838A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opowiadanie, opis przeżyć, wywiad i artykuł oraz przekształcam tekst, zmieniając odbiorcę, sposób prezentacji lub cel, a następnie wskazuję konsekwencje stylistyczne zmian.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CB1D8C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tekst pod względem merytorycznym, kompozycyjnym, stylistycznym i językowym, uzasadniam hierarchię poprawek oraz rozpoznaję błędy logiczne lub nieprecyzyjne uogólnienia.</w:t>
            </w:r>
          </w:p>
          <w:p w14:paraId="6A396A95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argumenty, przykłady i środki retoryczne, a także oceniam, czy wywiad, artykuł, opis przeżyć lub opowiadanie realizują swój cel i zachowują cechy formy.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BAD788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oryginalny, dojrzały tekst argumentacyjny, samodzielnie formułując tezę lub hipotezę, budując logiczny wywód, odnosząc się do kontrargumentu i wykorzystując konteksty.</w:t>
            </w:r>
          </w:p>
          <w:p w14:paraId="15EB4A7C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rozbudowaną wypowiedź w wybranej formie, np. wywiad, artykuł, opowiadanie lub prezentację interpretacyjną, świadomie łącząc treść, kompozycję, cytaty i elementy wizualne.</w:t>
            </w:r>
          </w:p>
        </w:tc>
      </w:tr>
      <w:tr w:rsidR="00C209E7" w:rsidRPr="008A4B37" w14:paraId="0CD5D559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19D681" w14:textId="77777777" w:rsidR="00C209E7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Teza, hipoteza, argumentacja i przekształcanie tekstu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46F300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różnicę między tezą a hipotezą, argumentem a przykładem oraz stanowiskiem a tematem; rozpoznaję podstawowe środki służące perswazji i spójności wywodu.</w:t>
            </w:r>
          </w:p>
          <w:p w14:paraId="73E4FC32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Rozumiem, czym są streszczenie, parafraza i cytat, oraz wiem, że cudzy tekst należy przetwarzać z zachowaniem sensu i poszanowaniem autorstwa.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AC0905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schemat argumentacyjny odpowiedni do rozprawki lub przemówienia, dobieram cytaty i przykłady do argumentów oraz formułuję częściowe i końcowe wnioski.</w:t>
            </w:r>
          </w:p>
          <w:p w14:paraId="0CE2CC3A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Streszczam, parafrazuję i przekształcam tekst, zachowując sens; zmieniam formę, np. dialog na relację albo tekst potoczny na bardziej oficjalny.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C1848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siłę i trafność argumentów, wykrywam nadmierne uogólnienia, fałszywe analogie i brak związku między przykładem a argumentem oraz wyjaśniam konsekwencje tych błędów.</w:t>
            </w:r>
          </w:p>
          <w:p w14:paraId="6205A5AD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tekst źródłowy ze streszczeniem lub parafrazą, rozpoznaję zniekształcenia i nieuprawnione dopowiedzenia oraz proponuję precyzyjniejszą wersję.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B1C314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argumentację według kryteriów logiczności, adekwatności, rzetelności i etyczności; uzasadniam, które elementy wzmacniają, a które osłabiają wiarygodność nadawcy.</w:t>
            </w:r>
          </w:p>
          <w:p w14:paraId="779598F3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własny tekst etapami: treść, kompozycja, argumentacja, styl, język i zapis; wybieram poprawki o największym wpływie na odbiór i uzasadniam kolejność pracy.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199571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złożony wywód, w którym integruję informacje z tekstów literackich i nieliterackich, buduję argumenty, przewiduję kontrargumenty i formułuję syntetyczny wniosek.</w:t>
            </w:r>
          </w:p>
          <w:p w14:paraId="0D86F0F0" w14:textId="77777777" w:rsidR="00C209E7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ten sam materiał w kilka funkcjonalnie różnych form, np. streszczenie, przemówienie i post informacyjny, świadomie zmieniając zakres, styl i kompozycję.</w:t>
            </w:r>
          </w:p>
        </w:tc>
      </w:tr>
    </w:tbl>
    <w:p w14:paraId="0266669E" w14:textId="77777777" w:rsidR="009727A4" w:rsidRPr="008A4B37" w:rsidRDefault="009727A4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2D7B601D" w14:textId="77777777" w:rsidR="00C209E7" w:rsidRPr="008A4B37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8A4B37">
        <w:rPr>
          <w:rFonts w:ascii="Times New Roman" w:eastAsia="Arial" w:hAnsi="Times New Roman" w:cs="Times New Roman"/>
          <w:sz w:val="24"/>
          <w:szCs w:val="28"/>
          <w:lang w:val="pl-PL"/>
        </w:rPr>
        <w:t>IV. SAMOKSZTAŁCENIE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C209E7" w:rsidRPr="008A4B37" w14:paraId="127A6794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231286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8A954A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8E2668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64142F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6735F4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8D942D" w14:textId="77777777" w:rsidR="00C209E7" w:rsidRPr="008A4B3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8A4B37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8A4B37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C209E7" w:rsidRPr="008A4B37" w14:paraId="67EFA539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E45B73" w14:textId="77777777" w:rsidR="007263BD" w:rsidRPr="008A4B37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Rzetelność źródeł, prawa autorskie, artykuł i wywiad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953DF1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różnicę między tekstem informacyjnym, publicystycznym, popularnonaukowym, reklamowym i rozrywkowym; rozpoznaję artykuł i wywiad oraz odróżniam fakt, opinię, komentarz i perswazję.</w:t>
            </w:r>
          </w:p>
          <w:p w14:paraId="7B76276E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Znam podstawowe zasady rzetelnego korzystania ze źródeł, cytowania i praw autorskich; rozumiem, że data, autor i miejsce publikacji wpływają na wiarygodność informacji.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3A1D7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Wyszukuję informacje w prasie, portalach, słownikach, encyklopediach i innych źródłach; rozpoznaję artykuł i wywiad, przytaczam potrzebny fragment i porównuję co najmniej dwa przekazy.</w:t>
            </w:r>
          </w:p>
          <w:p w14:paraId="17F4B11D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Korzystam z narzędzi cyfrowych do wyszukiwania, porządkowania i prezentowania informacji, sprawdzam ważne dane w innych źródłach oraz wyraźnie oddzielam własną pracę od cudzych treści.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3B70B1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wiarygodność i bezstronność przekazu, rozpoznaję emocjonalny nagłówek, uproszczenie, przemilczenie lub niepełny kontekst i wskazuję możliwy wpływ na odbiorcę.</w:t>
            </w:r>
          </w:p>
          <w:p w14:paraId="005EF0E6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źródła pod względem aktualności, rzetelności, celu i sposobu argumentowania; syntetyzuję wspólne informacje oraz zaznaczam obszary niepewne lub sprzeczne.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C5CAE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źródło i informację według jawnych kryteriów, uzasadniam decyzję o wykorzystaniu materiału oraz wskazuję, jakich danych brakuje do pewnego wniosku.</w:t>
            </w:r>
          </w:p>
          <w:p w14:paraId="6D8C50BB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własne praktyki czytelnicze, cyfrowe i źródłowe pod kątem samodzielności, praw autorskich i jakości wykorzystanych informacji, a następnie planuję ich poprawę.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021623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przegląd informacji na zadany temat na podstawie kilku zweryfikowanych źródeł, syntetyzuję stanowiska, oddzielam dane od komentarza i poprawnie wskazuję źródła.</w:t>
            </w:r>
          </w:p>
          <w:p w14:paraId="5A180E76" w14:textId="77777777" w:rsidR="007263BD" w:rsidRPr="008A4B37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8A4B37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materiał edukacyjny dotyczący rzetelnego korzystania ze źródeł, praw autorskich albo odpowiedzialnego publikowania, opierając go na własnych przykładach i sprawdzonych informacjach.</w:t>
            </w:r>
          </w:p>
        </w:tc>
      </w:tr>
    </w:tbl>
    <w:p w14:paraId="6FA26C2C" w14:textId="77777777" w:rsidR="009727A4" w:rsidRPr="008A4B37" w:rsidRDefault="009727A4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451CC67A" w14:textId="77777777" w:rsidR="00C209E7" w:rsidRPr="008A4B37" w:rsidRDefault="00000000">
      <w:pPr>
        <w:spacing w:before="20" w:after="0"/>
        <w:rPr>
          <w:rFonts w:ascii="Times New Roman" w:eastAsia="Arial" w:hAnsi="Times New Roman" w:cs="Times New Roman"/>
          <w:b/>
          <w:sz w:val="22"/>
          <w:szCs w:val="36"/>
          <w:lang w:val="pl-PL"/>
        </w:rPr>
      </w:pPr>
      <w:r w:rsidRPr="008A4B37">
        <w:rPr>
          <w:rFonts w:ascii="Times New Roman" w:eastAsia="Arial" w:hAnsi="Times New Roman" w:cs="Times New Roman"/>
          <w:b/>
          <w:sz w:val="22"/>
          <w:szCs w:val="36"/>
          <w:lang w:val="pl-PL"/>
        </w:rPr>
        <w:t>Ocena niedostateczna (1): nie opanowałem/-am podstawowych wiadomości i umiejętności koniecznych do dalszego uczenia się i nie potrafię wykonać prostych zadań nawet po otrzymaniu jasnej wskazówki dotyczącej sposobu działania.</w:t>
      </w:r>
    </w:p>
    <w:p w14:paraId="7BF6FEC6" w14:textId="77777777" w:rsidR="00AB2E68" w:rsidRPr="008A4B37" w:rsidRDefault="00AB2E68" w:rsidP="00AB2E68">
      <w:pPr>
        <w:spacing w:after="40" w:line="240" w:lineRule="auto"/>
        <w:rPr>
          <w:rFonts w:ascii="Times New Roman" w:hAnsi="Times New Roman" w:cs="Times New Roman"/>
          <w:sz w:val="24"/>
          <w:szCs w:val="36"/>
          <w:lang w:val="pl-PL"/>
        </w:rPr>
      </w:pPr>
      <w:r w:rsidRPr="008A4B37">
        <w:rPr>
          <w:rFonts w:ascii="Times New Roman" w:eastAsia="Arial" w:hAnsi="Times New Roman" w:cs="Times New Roman"/>
          <w:b/>
          <w:sz w:val="24"/>
          <w:szCs w:val="36"/>
          <w:lang w:val="pl-PL"/>
        </w:rPr>
        <w:t>Każda kolejna ocena obejmuje także umiejętności wymagane na ocenę niższą.</w:t>
      </w:r>
    </w:p>
    <w:sectPr w:rsidR="00AB2E68" w:rsidRPr="008A4B37" w:rsidSect="00034616">
      <w:footerReference w:type="default" r:id="rId8"/>
      <w:pgSz w:w="16838" w:h="11906" w:orient="landscape"/>
      <w:pgMar w:top="482" w:right="482" w:bottom="482" w:left="48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D13C" w14:textId="77777777" w:rsidR="00A57C24" w:rsidRDefault="00A57C24">
      <w:pPr>
        <w:spacing w:after="0" w:line="240" w:lineRule="auto"/>
      </w:pPr>
      <w:r>
        <w:separator/>
      </w:r>
    </w:p>
  </w:endnote>
  <w:endnote w:type="continuationSeparator" w:id="0">
    <w:p w14:paraId="5DE0338C" w14:textId="77777777" w:rsidR="00A57C24" w:rsidRDefault="00A5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5901" w14:textId="77777777" w:rsidR="00C209E7" w:rsidRDefault="00000000">
    <w:pPr>
      <w:pStyle w:val="Stopka"/>
      <w:jc w:val="right"/>
    </w:pPr>
    <w:r>
      <w:rPr>
        <w:rFonts w:eastAsia="Arial"/>
        <w:sz w:val="14"/>
      </w:rPr>
      <w:t xml:space="preserve">Język polski – klasa 7 | strona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 w:rsidR="00AB2E68">
      <w:rPr>
        <w:rFonts w:eastAsia="Arial"/>
        <w:noProof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CAC5" w14:textId="77777777" w:rsidR="00A57C24" w:rsidRDefault="00A57C24">
      <w:pPr>
        <w:spacing w:after="0" w:line="240" w:lineRule="auto"/>
      </w:pPr>
      <w:r>
        <w:separator/>
      </w:r>
    </w:p>
  </w:footnote>
  <w:footnote w:type="continuationSeparator" w:id="0">
    <w:p w14:paraId="374D7B24" w14:textId="77777777" w:rsidR="00A57C24" w:rsidRDefault="00A57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5227420">
    <w:abstractNumId w:val="8"/>
  </w:num>
  <w:num w:numId="2" w16cid:durableId="1742287345">
    <w:abstractNumId w:val="6"/>
  </w:num>
  <w:num w:numId="3" w16cid:durableId="1255240269">
    <w:abstractNumId w:val="5"/>
  </w:num>
  <w:num w:numId="4" w16cid:durableId="400565685">
    <w:abstractNumId w:val="4"/>
  </w:num>
  <w:num w:numId="5" w16cid:durableId="1883861931">
    <w:abstractNumId w:val="7"/>
  </w:num>
  <w:num w:numId="6" w16cid:durableId="526525733">
    <w:abstractNumId w:val="3"/>
  </w:num>
  <w:num w:numId="7" w16cid:durableId="1847013126">
    <w:abstractNumId w:val="2"/>
  </w:num>
  <w:num w:numId="8" w16cid:durableId="1858537770">
    <w:abstractNumId w:val="1"/>
  </w:num>
  <w:num w:numId="9" w16cid:durableId="107682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3037"/>
    <w:rsid w:val="00326F90"/>
    <w:rsid w:val="00444FED"/>
    <w:rsid w:val="00452E44"/>
    <w:rsid w:val="00607C98"/>
    <w:rsid w:val="007263BD"/>
    <w:rsid w:val="0076261F"/>
    <w:rsid w:val="008A4B37"/>
    <w:rsid w:val="009727A4"/>
    <w:rsid w:val="00A57C24"/>
    <w:rsid w:val="00AA1D8D"/>
    <w:rsid w:val="00AB2E68"/>
    <w:rsid w:val="00B47730"/>
    <w:rsid w:val="00C209E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45F12"/>
  <w14:defaultImageDpi w14:val="300"/>
  <w15:docId w15:val="{4C0F5468-B75A-447D-9B2D-8C3723A2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W">
    <w:name w:val="Section BW"/>
    <w:pPr>
      <w:keepNext/>
      <w:spacing w:before="80" w:after="80"/>
    </w:pPr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2583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języka polskiego – klasa 7</dc:title>
  <dc:subject>Wymagania edukacyjne, język polski, rok szkolny 2026/2027</dc:subject>
  <dc:creator/>
  <cp:keywords/>
  <dc:description>generated by python-docx</dc:description>
  <cp:lastModifiedBy>Bejbinia</cp:lastModifiedBy>
  <cp:revision>6</cp:revision>
  <dcterms:created xsi:type="dcterms:W3CDTF">2013-12-23T23:15:00Z</dcterms:created>
  <dcterms:modified xsi:type="dcterms:W3CDTF">2026-09-06T15:56:00Z</dcterms:modified>
  <cp:category/>
</cp:coreProperties>
</file>