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4EF1" w14:textId="77777777" w:rsidR="0062485E" w:rsidRPr="00912640" w:rsidRDefault="00000000">
      <w:pPr>
        <w:spacing w:after="60"/>
        <w:jc w:val="center"/>
        <w:rPr>
          <w:rFonts w:ascii="Times New Roman" w:hAnsi="Times New Roman" w:cs="Times New Roman"/>
          <w:sz w:val="18"/>
          <w:szCs w:val="24"/>
          <w:lang w:val="pl-PL"/>
        </w:rPr>
      </w:pPr>
      <w:r w:rsidRPr="00912640">
        <w:rPr>
          <w:rFonts w:ascii="Times New Roman" w:eastAsia="Arial" w:hAnsi="Times New Roman" w:cs="Times New Roman"/>
          <w:b/>
          <w:sz w:val="32"/>
          <w:szCs w:val="24"/>
          <w:lang w:val="pl-PL"/>
        </w:rPr>
        <w:t>WYMAGANIA EDUKACYJNE Z JĘZYKA POLSKIEGO – KLASA 5</w:t>
      </w:r>
    </w:p>
    <w:p w14:paraId="4DE86E65" w14:textId="77777777" w:rsidR="0062485E" w:rsidRPr="00912640" w:rsidRDefault="00000000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  <w:r w:rsidRPr="00912640">
        <w:rPr>
          <w:rFonts w:ascii="Times New Roman" w:eastAsia="Arial" w:hAnsi="Times New Roman" w:cs="Times New Roman"/>
          <w:b/>
          <w:sz w:val="20"/>
          <w:szCs w:val="24"/>
          <w:lang w:val="pl-PL"/>
        </w:rPr>
        <w:t>rok szkolny 2026/2027</w:t>
      </w:r>
    </w:p>
    <w:p w14:paraId="68DFFDFE" w14:textId="77777777" w:rsidR="00BC1CB7" w:rsidRPr="00912640" w:rsidRDefault="00BC1CB7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741FE94A" w14:textId="77777777" w:rsidR="0062485E" w:rsidRPr="00912640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912640">
        <w:rPr>
          <w:rFonts w:ascii="Times New Roman" w:eastAsia="Arial" w:hAnsi="Times New Roman" w:cs="Times New Roman"/>
          <w:sz w:val="22"/>
          <w:szCs w:val="24"/>
          <w:lang w:val="pl-PL"/>
        </w:rPr>
        <w:t>I. KSZTAŁCENIE LITERACKIE I KULTUROWE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62485E" w:rsidRPr="00912640" w14:paraId="411EE8D6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45AAEE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BB276F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E47EEE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E62D60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67AF90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C7128A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62485E" w:rsidRPr="00912640" w14:paraId="123753AD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D73621" w14:textId="77777777" w:rsidR="00335E2F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Utwory literackie, środki poetyckie i teksty kultury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44686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sens dosłowny tekstu i podstawowe znaczenia przenośne; wskazuję temat, problem, narratora lub podmiot liryczny, bohaterów, wątki i najważniejsze wydarzenia.</w:t>
            </w:r>
          </w:p>
          <w:p w14:paraId="4B661E25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mit, przypowieść, baśń, legendę, opowiadanie, powieść i komiks oraz środki: epitet, porównanie, metaforę, apostrofę, powtórzenie, wyliczenie, onomatopeję, uosobienie, ożywienie, zdrobnienie i zgrubienie.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9F4C6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Wykorzystuję wiadomości o micie, Biblii i innych poznanych tekstach, aby wyjaśniać motywy, sens przenośny, postępowanie bohaterów i związki przyczynowo-skutkowe.</w:t>
            </w:r>
          </w:p>
          <w:p w14:paraId="2542F8E4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Odczytuję film, obraz, muzykę, komiks i tekst literacki z użyciem podstawowych pojęć właściwych danej sztuce; wskazuję funkcje dialogu, monologu, tytułu i wybranych środków oraz dokonuję prostego przekładu intersemiotycznego.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5304C5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wątek główny i poboczny, role bohaterów oraz sposób przedstawienia podobnego tematu w różnych tekstach; porównuję perspektywy narratora i bohatera.</w:t>
            </w:r>
          </w:p>
          <w:p w14:paraId="2CEAA70D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Badam, jak środki stylistyczne, obraz, dźwięk, kompozycja i znaczenia przenośne wpływają na emocje oraz sens; porównuję tekst literacki z jego adaptacją lub innym tekstem kultury.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175B0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postawy bohaterów i ich wybory, zestawiając je z wartościami oraz własnym doświadczeniem; uzasadniam ocenę szczegółami z tekstu, a nie samym wrażeniem.</w:t>
            </w:r>
          </w:p>
          <w:p w14:paraId="380B7242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Wartościuję sposób przekazania problemu w dwóch tekstach kultury i uzasadniam, który z nich silniej lub trafniej oddziałuje na odbiorcę.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2B249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własną interpretację mitu, przypowieści, opowiadania, filmu lub dzieła plastycznego, łącząc znaczenie dosłowne i przenośne z trafnie dobranym kontekstem.</w:t>
            </w:r>
          </w:p>
          <w:p w14:paraId="5427B42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motyw albo sytuację z poznanego tekstu w autorską formę, np. opowiadanie z innej perspektywy, komiks, scenkę lub prosty projekt adaptacji.</w:t>
            </w:r>
          </w:p>
        </w:tc>
      </w:tr>
    </w:tbl>
    <w:p w14:paraId="6F91D1F6" w14:textId="77777777" w:rsidR="00BC1CB7" w:rsidRPr="00912640" w:rsidRDefault="00BC1CB7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4830BA76" w14:textId="77777777" w:rsidR="0062485E" w:rsidRPr="00912640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912640">
        <w:rPr>
          <w:rFonts w:ascii="Times New Roman" w:eastAsia="Arial" w:hAnsi="Times New Roman" w:cs="Times New Roman"/>
          <w:sz w:val="22"/>
          <w:szCs w:val="24"/>
          <w:lang w:val="pl-PL"/>
        </w:rPr>
        <w:t>II. KSZTAŁCENIE JĘZYKOWE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62485E" w:rsidRPr="00912640" w14:paraId="754C7EDC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6E1085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C7503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A1E4DB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D58D8F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A48548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9A0F5F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62485E" w:rsidRPr="00912640" w14:paraId="1D6E9E9C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ABA57A" w14:textId="77777777" w:rsidR="0062485E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Komunikacja i kultura języka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F7EDFE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temat, główną myśl i cel typowej wypowiedzi; rozpoznaję nadawcę, odbiorcę, fakt, opinię oraz intencję wyrażoną wprost lub łatwą do odczytania z kontekstu.</w:t>
            </w:r>
          </w:p>
          <w:p w14:paraId="0B721DB7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emocje podstawowe i złożone oraz komunikaty niewerbalne; wiem, czym różni się komunikat informujący od oceniającego i czym jest komunikat „ja”.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EAB34C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Dobieram środki językowe do celu: informuję, wyjaśniam, zachęcam, przekonuję i wyrażam emocje; rozbudowuję wypowiedź o uzasadnienie i przykład.</w:t>
            </w:r>
          </w:p>
          <w:p w14:paraId="4DED3ED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 rozmowie zadaję pytania doprecyzowujące, stosuję komunikat „ja”, reaguję na cudze emocje bez ośmieszania oraz przestrzegam zasad językowej grzeczności.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902B27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wypowiedź pod kątem intencji, sposobu argumentowania i relacji między słowami a sygnałami niewerbalnymi; rozpoznaję intencję niewyrażoną bezpośrednio.</w:t>
            </w:r>
          </w:p>
          <w:p w14:paraId="32D42C5E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język neutralny z agresywnym lub nadmiernie uogólniającym i wyjaśniam, jak takie środki wpływają na rozmówcę oraz atmosferę komunikacji.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B6EAA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etyczny wymiar wypowiedzi, rozpoznając kłamstwo, przemilczanie, ośmieszanie i brutalizację języka; uzasadniam, które reakcje są odpowiedzialne.</w:t>
            </w:r>
          </w:p>
          <w:p w14:paraId="54545CE9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skuteczność własnego komunikatu, oceniam, czy uwzględniłem lub uwzględniłam perspektywę odbiorcy, i wskazuję konkretny sposób poprawy.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7D2D7D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wypowiedź, w której świadomie dobieram język, argument, ton i sygnały niewerbalne do celu oraz odbiorcy, zachowując kulturę i szacunek.</w:t>
            </w:r>
          </w:p>
          <w:p w14:paraId="3446DBE5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scenariusz trudnej rozmowy, w którym stosuję pytania doprecyzowujące, komunikaty „ja”, asertywną odmowę i konstruktywne podsumowanie.</w:t>
            </w:r>
          </w:p>
        </w:tc>
      </w:tr>
      <w:tr w:rsidR="0062485E" w:rsidRPr="00912640" w14:paraId="20122774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C785EA" w14:textId="77777777" w:rsidR="0062485E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Części mowy i ich odmiana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69212B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rzeczownik, czasownik, przymiotnik, przysłówek, liczebnik, zaimek, przyimek, spójnik, partykułę i wykrzyknik oraz odróżniam części mowy odmienne od nieodmiennych.</w:t>
            </w:r>
          </w:p>
          <w:p w14:paraId="682A738B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kategorie osoby, liczby, rodzaju, czasu i trybu czasownika oraz przypadek, liczbę i rodzaj rzeczownika, przymiotnika, liczebnika i zaimka.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9F7E5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poprawne formy odmiennych części mowy, w tym mniej regularne formy rzeczowników, oraz używam trybu oznajmującego, rozkazującego i przypuszczającego zgodnie z intencją.</w:t>
            </w:r>
          </w:p>
          <w:p w14:paraId="64BE2665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Wykorzystuję liczebniki, zaimki i nieodmienne części mowy w tworzonych zdaniach; stopniuję typowe przymiotniki i przysłówki oraz tworzę wyrażenia przyimkowe.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D3CE46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funkcję części mowy w konkretnym tekście i wyjaśniam, jak ich formy wpływają na precyzję opisu, relacji wydarzeń i spójność wypowiedzi.</w:t>
            </w:r>
          </w:p>
          <w:p w14:paraId="719D4E9C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formy czasownika i wskazuję, jak zmiana czasu lub trybu zmienia sens komunikatu, stopień pewności, polecenie albo możliwość wykonania czynności.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DDA830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form fleksyjnych i stopniowania, uzasadniam korektę oraz korzystam z właściwego słownika, gdy forma jest nietypowa lub budzi wątpliwość.</w:t>
            </w:r>
          </w:p>
          <w:p w14:paraId="648A1A78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Wybieram formy gramatyczne najlepiej odpowiadające zamierzonemu tonowi wypowiedzi i uzasadniam, dlaczego są precyzyjniejsze od innych możliwych form.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26500D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tekst, w którym celowo różnicuję części mowy, tryby, czasy i stopień przymiotników lub przysłówków, aby uzyskać określony efekt komunikacyjny.</w:t>
            </w:r>
          </w:p>
          <w:p w14:paraId="55D9D01F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własne przykłady pokazujące funkcje poznanych części mowy i form fleksyjnych, a następnie formułuję na ich podstawie zrozumiałą regułę.</w:t>
            </w:r>
          </w:p>
        </w:tc>
      </w:tr>
      <w:tr w:rsidR="0062485E" w:rsidRPr="00912640" w14:paraId="64608674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806015" w14:textId="77777777" w:rsidR="00335E2F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lastRenderedPageBreak/>
              <w:t>Zdanie, części zdania i związki wyrazowe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F308C1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zdanie pojedyncze i złożone oraz równoważnik zdania; nazywam części zdania: podmiot, orzeczenie, dopełnienie, przydawkę i okolicznik.</w:t>
            </w:r>
          </w:p>
          <w:p w14:paraId="6CA3A92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Wskazuję wypowiedzenia oznajmujące, pytające, rozkazujące i wykrzyknikowe oraz rozumiem, że szyk wyrazów i związki między nimi wpływają na sens zdania.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9D4396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Buduję i przekształcam zdania pojedyncze oraz złożone, stosując odpowiednie spójniki; rozpoznaję podmiot, orzeczenie, dopełnienie, przydawkę i okolicznik w typowych przykładach.</w:t>
            </w:r>
          </w:p>
          <w:p w14:paraId="7536CC99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zdania o różnej intencji i długości, łączę jednorodne części zdania oraz świadomie stosuję równoważniki w planach, instrukcjach i notatkach.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53F421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relacje między wyrazami w zdaniu, rozpoznaję związki wyrazowe oraz określam funkcję podmiotu, orzeczenia, dopełnienia, przydawki i okolicznika.</w:t>
            </w:r>
          </w:p>
          <w:p w14:paraId="79C97B37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kilka wariantów składniowych tej samej informacji i badam, jak długość zdań, szyk oraz sposób połączenia wpływają na płynność i czytelność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88D608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i przejrzystość konstrukcji składniowej, wskazuję niejasne połączenia lub nienaturalny szyk oraz uzasadniam proponowaną zmianę.</w:t>
            </w:r>
          </w:p>
          <w:p w14:paraId="3987BDDC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Wybieram konstrukcję najlepiej pasującą do opowiadania, opisu, instrukcji lub argumentacji i uzasadniam, jak wspiera ona funkcję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8B694E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spójny tekst o świadomie zróżnicowanej składni, łącząc zdania pojedyncze, złożone i równoważniki oraz dbając o czytelny szyk.</w:t>
            </w:r>
          </w:p>
          <w:p w14:paraId="2A539AA5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Konstruuję własne przykłady pokazujące, jak zmiana składni wpływa na tempo, nacisk i sens wypowiedzi, a następnie objaśniam ten efekt.</w:t>
            </w:r>
          </w:p>
        </w:tc>
      </w:tr>
      <w:tr w:rsidR="0062485E" w:rsidRPr="00912640" w14:paraId="3B5F77FC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12FA2A" w14:textId="77777777" w:rsidR="0062485E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Znaczenie wyrazów i frazeologia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13F7ED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pojęcia synonim, antonim, znaczenie dosłowne i przenośne oraz rozpoznaję proste frazeologizmy, w tym poznane związki pochodzenia mitologicznego.</w:t>
            </w:r>
          </w:p>
          <w:p w14:paraId="761AEA5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Rozróżniam słownictwo neutralne i wartościujące oraz rozpoznaję sformułowania agresywne, ośmieszające lub nadmiernie uogólniające.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9C914E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synonimy, antonimy, frazeologizmy i słownictwo wartościujące adekwatnie do tematu; wykorzystuję słownik, aby doprecyzować znaczenie i uniknąć powtórzeń.</w:t>
            </w:r>
          </w:p>
          <w:p w14:paraId="6E7F14DB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Dostosowuję słownictwo do sytuacji oficjalnej i nieoficjalnej, używam komunikatów „ja” oraz zastępuję agresywne sformułowania neutralnymi i rzeczowymi.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500641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nacechowanie emocjonalne wyrazów i związków oraz wyjaśniam, jak ten sam fakt może zostać przedstawiony neutralnie albo wartościująco.</w:t>
            </w:r>
          </w:p>
          <w:p w14:paraId="450CB1D2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dosłowne i przenośne znaczenie frazeologizmu oraz badam, jak jego użycie wpływa na obrazowość, humor lub siłę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0EA6B3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precyzję i etyczność słownictwa w wypowiedzi, uzasadniam ryzyko uogólnienia, etykietowania lub ośmieszania i proponuję lepszą wersję.</w:t>
            </w:r>
          </w:p>
          <w:p w14:paraId="341DD999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własny dobór słów pod kątem celu, odbiorcy i tonu; uzasadniam, kiedy sformułowanie wartościujące jest potrzebne, a kiedy zaburza rzeczowość.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31A1BD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wypowiedź o zróżnicowanym słownictwie, w której celowo stosuję synonimy, frazeologizmy i wartościowanie, zachowując spójność stylu i kulturę języka.</w:t>
            </w:r>
          </w:p>
          <w:p w14:paraId="2316C3BA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dwa kontrastowe komunikaty dotyczące tej samej sytuacji – neutralny i silnie wartościujący – oraz objaśniam mechanizm ich oddziaływania.</w:t>
            </w:r>
          </w:p>
        </w:tc>
      </w:tr>
      <w:tr w:rsidR="0062485E" w:rsidRPr="00912640" w14:paraId="615FF22D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8AC7FA" w14:textId="77777777" w:rsidR="00335E2F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Fonetyka, akcent, ortografia i interpunkcja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269BF5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pojęcia: głoska, litera, sylaba i akcent; odróżniam samogłoski od spółgłosek i rozpoznaję typowe różnice między wymową a zapisem.</w:t>
            </w:r>
          </w:p>
          <w:p w14:paraId="6739F38C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poznane zasady pisowni ó/u, rz/ż, ch/h, wielkiej i małej litery, zakończeń wyrazów oraz pisowni „nie” z wybranymi częściami mowy.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413121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Poprawnie wymawiam i akcentuję typowe wyrazy zgodnie z poznanymi zasadami; dzielę wyrazy na sylaby i wykorzystuję wiedzę o głoskach podczas sprawdzania zapisu.</w:t>
            </w:r>
          </w:p>
          <w:p w14:paraId="21068EB7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poznane reguły ortograficzne i interpunkcyjne; poprawnie zapisuję typowe wyrażenia przyimkowe, wyliczenia, cytaty i dialog według poznanego wzoru.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9DC026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różnice między wymową a zapisem oraz miejsce akcentu w wyrazie; wyjaśniam, jak znajomość wymowy pomaga uniknąć części błędów.</w:t>
            </w:r>
          </w:p>
          <w:p w14:paraId="25E13817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własne błędy ortograficzne i interpunkcyjne, wskazuję ich przyczynę oraz dobieram zasadę albo źródło pozwalające ustalić poprawny zapis.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318C5E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wymowy, akcentowania i zapisu trudniejszych przykładów oraz w razie wątpliwości świadomie dobieram właściwy słownik lub inne źródło.</w:t>
            </w:r>
          </w:p>
          <w:p w14:paraId="23E2CCF7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Przeprowadzam korektę interpunkcyjną własnego tekstu, uzasadniam zastosowanie przecinka, dwukropka i cudzysłowu oraz wyjaśniam wpływ zmian na czytelność.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DDD8E6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i wygłaszam poprawną językowo wypowiedź, dbając o staranną wymowę i właściwe akcentowanie, a w tekście pisanym stosuję poznane zasady ortografii.</w:t>
            </w:r>
          </w:p>
          <w:p w14:paraId="2FD6E019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własny zestaw przykładów i kontrprzykładów do wybranej reguły wymowy, pisowni albo interpunkcji oraz formułuję z nich czytelną wskazówkę dla innych.</w:t>
            </w:r>
          </w:p>
        </w:tc>
      </w:tr>
    </w:tbl>
    <w:p w14:paraId="34480003" w14:textId="10F569A2" w:rsidR="0062485E" w:rsidRPr="00912640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912640">
        <w:rPr>
          <w:rFonts w:ascii="Times New Roman" w:eastAsia="Arial" w:hAnsi="Times New Roman" w:cs="Times New Roman"/>
          <w:sz w:val="22"/>
          <w:szCs w:val="24"/>
          <w:lang w:val="pl-PL"/>
        </w:rPr>
        <w:t>III. TWORZENIE WYPOWIEDZI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62485E" w:rsidRPr="00912640" w14:paraId="09A51D20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3545F6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C9C42A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7731E9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C28964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DA1AF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D0A70B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62485E" w:rsidRPr="00912640" w14:paraId="042BFDC4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5B1D15" w14:textId="77777777" w:rsidR="0062485E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Mówienie, rozmowa i prezentowanie własnego stanowiska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777AE8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temat rozmowy i potrafię przedstawić własne zdanie w kilku zdaniach, podając prosty powód lub przykład; rozpoznaję zgodę, sprzeciw i próbę przekonania.</w:t>
            </w:r>
          </w:p>
          <w:p w14:paraId="0AB2ECAD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Wiem, jak słuchać aktywnie: nie przerywam, dopytuję i sygnalizuję zrozumienie; rozpoznaję różnicę między krytyką działania a atakiem na osobę.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2E6CE3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Wypowiadam się spójnie na temat lektury, doświadczenia lub problemu; wprowadzam argument i przykład oraz rozwijam wypowiedź o przyczynę, skutek lub własną refleksję.</w:t>
            </w:r>
          </w:p>
          <w:p w14:paraId="4913F13E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Biorę udział w rozmowie, stosuję parafrazę i pytania doprecyzowujące, formułuję asertywną odmowę i wyrażam sprzeciw bez agresji.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1ABAE1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stanowiska uczestników rozmowy, wyodrębniam argumenty i opinie oraz wskazuję, które wypowiedzi rzeczywiście odnoszą się do omawianego problemu.</w:t>
            </w:r>
          </w:p>
          <w:p w14:paraId="25801E09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sposób mówienia w sytuacji oficjalnej i nieoficjalnej, rozpoznaję rolę tonu, tempa, gestu i doboru słownictwa w budowaniu wiarygodności.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0D0002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trafność i kulturę wypowiedzi w dyskusji, uzasadniam, które argumenty są przekonujące, a które wymagają doprecyzowania lub lepszego przykładu.</w:t>
            </w:r>
          </w:p>
          <w:p w14:paraId="70C6242A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własny udział w rozmowie i na podstawie informacji zwrotnej wskazuję, co zrobiłem lub zrobiłam dobrze oraz jak mogę poprawić słuchanie, argumentowanie lub formę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665E7C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i wygłaszam uporządkowaną wypowiedź przekonującą, w której celowo stosuję argumenty, przykłady, pytania do odbiorców i odpowiednie środki niewerbalne.</w:t>
            </w:r>
          </w:p>
          <w:p w14:paraId="7E43A55E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Prowadzę krótką dyskusję lub rozmowę problemową, dbając o kolejność wypowiedzi, doprecyzowanie stanowisk, kulturę sporu i rzeczowe podsumowanie.</w:t>
            </w:r>
          </w:p>
        </w:tc>
      </w:tr>
      <w:tr w:rsidR="0062485E" w:rsidRPr="00912640" w14:paraId="621B06C7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B2E9FF" w14:textId="77777777" w:rsidR="0062485E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lastRenderedPageBreak/>
              <w:t>Opowiadanie, opis, charakterystyka i formy użytkowe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C7B26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budowę notatki, planu szczegółowego, instrukcji, ogłoszenia, zaproszenia, listu, życzeń, sprawozdania, opisu, opisu przeżyć, charakterystyki i opowiadania; wskazuję ich cel i podstawowe cechy.</w:t>
            </w:r>
          </w:p>
          <w:p w14:paraId="6014004B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w tekście wstęp, rozwinięcie, zakończenie i akapity oraz wiem, że spójność wymaga logicznej kolejności informacji i odpowiednich połączeń między zdaniami.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5C2624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Redaguję zgodnie z podstawowym wzorem notatkę, plan szczegółowy, instrukcję, ogłoszenie, zaproszenie, list, życzenia i sprawozdanie; dostosowuję słownictwo do odbiorcy.</w:t>
            </w:r>
          </w:p>
          <w:p w14:paraId="3C303EAC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Piszę opowiadanie z opisem miejsca lub bohatera, opis przeżyć i charakterystykę postaci, wykorzystując właściwe słownictwo oraz przykłady zachowań.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E10F3F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kompozycję własnego tekstu i reorganizuję treść, gdy kolejność informacji jest nielogiczna; porównuję plan z gotową wypowiedzią i wskazuję braki.</w:t>
            </w:r>
          </w:p>
          <w:p w14:paraId="5212B7A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budowę wywiadu, przygotowuję pytania i redaguję jego prosty zapis; rozbudowuję opowiadanie o celowo wprowadzony dialog, opis i zmianę tempa narracji.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1C84B8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zgodność tekstu z tematem, formą, odbiorcą i kryteriami sukcesu; uzasadniam, które fragmenty są najmocniejsze, a które wymagają skrócenia, rozwinięcia lub doprecyzowania.</w:t>
            </w:r>
          </w:p>
          <w:p w14:paraId="681C54C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Wartościuję dobór słownictwa i kompozycji, wybieram lepszą wersję fragmentu oraz wyjaśniam, jak zmiana zwiększa spójność, precyzję albo atrakcyjność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ECDFD0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oryginalne opowiadanie z perspektywy wybranego bohatera, stosując dialog, opis, charakterystykę i świadomie zaplanowaną kompozycję.</w:t>
            </w:r>
          </w:p>
          <w:p w14:paraId="1752E4AA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funkcjonalny tekst użytkowy lub cyfrowy, łącząc treść, układ graficzny i język w taki sposób, aby odbiorca szybko rozumiał cel oraz najważniejsze informacje.</w:t>
            </w:r>
          </w:p>
        </w:tc>
      </w:tr>
      <w:tr w:rsidR="0062485E" w:rsidRPr="00912640" w14:paraId="4D4B2A62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DFE2E6" w14:textId="77777777" w:rsidR="0062485E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Plan, notatka, argumentowanie i redagowanie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106CE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Rozumiem, czym są stanowisko, opinia, argument, przykład i wniosek; potrafię wskazać je w prostej wypowiedzi oraz odróżnić uzasadnienie od samego powtórzenia opinii.</w:t>
            </w:r>
          </w:p>
          <w:p w14:paraId="222E50C7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plan, notatkę i parafrazę; wiem, że przy poprawianiu tekstu sprawdzam najpierw treść i kompozycję, a następnie język, ortografię i interpunkcję.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DDB5FC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prosty schemat: stanowisko – argument – przykład – wniosek; dobieram przykład z lektury, doświadczenia lub obserwacji do podanego argumentu.</w:t>
            </w:r>
          </w:p>
          <w:p w14:paraId="059B80A2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tekst w plan szczegółowy, notatkę lub krótszą relację; poprawiam własny tekst na podstawie kryteriów i konkretnej informacji zwrotnej.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A27289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związek między argumentami a stanowiskiem, rozpoznaję argument słaby, powtarzający się lub nietrafny oraz wyjaśniam, czego mu brakuje.</w:t>
            </w:r>
          </w:p>
          <w:p w14:paraId="2810C7A4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tekst przed i po korekcie, grupuję rodzaje wprowadzonych zmian i wskazuję, które z nich dotyczą treści, kompozycji, stylu lub poprawności językowej.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C79833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siłę kilku argumentów i porządkuję je od najbardziej do najmniej przekonujących, uzasadniając kryterium oceny oraz związek z odbiorcą.</w:t>
            </w:r>
          </w:p>
          <w:p w14:paraId="5226AA27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własną wypowiedź według listy kryteriów, wybieram najważniejsze poprawki i uzasadniam, w jaki sposób zwiększają one skuteczność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5A7AE7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rozbudowaną wypowiedź argumentacyjną z logicznym tokiem, co najmniej dwoma argumentami, trafnymi przykładami i samodzielnie sformułowanym wnioskiem.</w:t>
            </w:r>
          </w:p>
          <w:p w14:paraId="1A29B681" w14:textId="77777777" w:rsidR="0062485E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ten sam materiał na potrzeby dwóch różnych odbiorców lub celów, świadomie zmieniając formę, kolejność treści, ton i zakres informacji.</w:t>
            </w:r>
          </w:p>
        </w:tc>
      </w:tr>
    </w:tbl>
    <w:p w14:paraId="57A5E24B" w14:textId="77777777" w:rsidR="00BC1CB7" w:rsidRPr="00912640" w:rsidRDefault="00BC1CB7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11E73848" w14:textId="77777777" w:rsidR="0062485E" w:rsidRPr="00912640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912640">
        <w:rPr>
          <w:rFonts w:ascii="Times New Roman" w:eastAsia="Arial" w:hAnsi="Times New Roman" w:cs="Times New Roman"/>
          <w:sz w:val="22"/>
          <w:szCs w:val="24"/>
          <w:lang w:val="pl-PL"/>
        </w:rPr>
        <w:t>IV. SAMOKSZTAŁCENIE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62485E" w:rsidRPr="00912640" w14:paraId="6ADAFE66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66DE3F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690AA6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CA7493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E6DF06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06EF27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117C50" w14:textId="77777777" w:rsidR="0062485E" w:rsidRPr="0091264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912640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912640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62485E" w:rsidRPr="00912640" w14:paraId="051B378A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5E7A20" w14:textId="77777777" w:rsidR="00335E2F" w:rsidRPr="00912640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Słowniki, źródła informacji, media i praktyki czytelnicze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800D32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różnicę między źródłem a informacją; znam zastosowanie słowników językowych, encyklopedii i źródeł cyfrowych oraz rozpoznaję pojęcie wiarygodności.</w:t>
            </w:r>
          </w:p>
          <w:p w14:paraId="0086FC7A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podstawowe elementy reklamy i perswazji, odróżniam informację od reklamy i wiem, że informacje znalezione w internecie trzeba sprawdzać.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908878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Korzystam z co najmniej dwóch źródeł, aby wykonać zadanie, porównuję podstawowe informacje i wybieram te, które odpowiadają celowi mojej pracy.</w:t>
            </w:r>
          </w:p>
          <w:p w14:paraId="24D04D9F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strategie świadomego czytania, wyznaczam cel czytelniczy i planuję czas; korzystam z nowych technologii oraz zasobów internetowych zgodnie z zasadami bezpieczeństwa.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3E8C86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reklamę, plakat lub inny przekaz, wskazując hasło, obraz, emocje i podstawowe środki perswazji oraz wyjaśniając ich wpływ na odbiorcę.</w:t>
            </w:r>
          </w:p>
          <w:p w14:paraId="08A1E0A0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dwa źródła pod kątem autora, daty, celu i zgodności informacji oraz rozpoznaję, gdzie występuje fakt, opinia albo niepotwierdzone twierdzenie.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331BD6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rzetelność źródła i uzasadniam, czy można je wykorzystać w pracy; w razie rozbieżności sprawdzam informację w kolejnym, bardziej wiarygodnym miejscu.</w:t>
            </w:r>
          </w:p>
          <w:p w14:paraId="54BFC60B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skuteczność własnych strategii czytania, wyszukiwania i selekcjonowania informacji oraz uzasadniam zmiany, które pomagają mi pracować bardziej samodzielnie.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1D8403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krótki materiał informacyjny na podstawie kilku porównanych źródeł, oddzielając fakty od opinii i wskazując pochodzenie wykorzystanych informacji.</w:t>
            </w:r>
          </w:p>
          <w:p w14:paraId="735E5621" w14:textId="77777777" w:rsidR="00335E2F" w:rsidRPr="00912640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912640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akcję czytelniczą lub prosty materiał edukacyjny o odpowiedzialnym korzystaniu ze źródeł, reklamy i mediów, dobierając formę do rówieśniczego odbiorcy.</w:t>
            </w:r>
          </w:p>
        </w:tc>
      </w:tr>
    </w:tbl>
    <w:p w14:paraId="002E4CE1" w14:textId="77777777" w:rsidR="00BC1CB7" w:rsidRPr="00912640" w:rsidRDefault="00BC1CB7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0B47F981" w14:textId="77777777" w:rsidR="00BC1CB7" w:rsidRPr="00912640" w:rsidRDefault="00BC1CB7" w:rsidP="00BC1CB7">
      <w:pPr>
        <w:spacing w:after="40" w:line="240" w:lineRule="auto"/>
        <w:rPr>
          <w:rFonts w:ascii="Times New Roman" w:hAnsi="Times New Roman" w:cs="Times New Roman"/>
          <w:sz w:val="22"/>
          <w:szCs w:val="32"/>
          <w:lang w:val="pl-PL"/>
        </w:rPr>
      </w:pPr>
      <w:r w:rsidRPr="00912640">
        <w:rPr>
          <w:rFonts w:ascii="Times New Roman" w:eastAsia="Arial" w:hAnsi="Times New Roman" w:cs="Times New Roman"/>
          <w:b/>
          <w:sz w:val="22"/>
          <w:szCs w:val="32"/>
          <w:lang w:val="pl-PL"/>
        </w:rPr>
        <w:t>Każda kolejna ocena obejmuje także umiejętności wymagane na ocenę niższą.</w:t>
      </w:r>
    </w:p>
    <w:p w14:paraId="633B9252" w14:textId="77777777" w:rsidR="0062485E" w:rsidRPr="00912640" w:rsidRDefault="00000000">
      <w:pPr>
        <w:spacing w:before="20" w:after="0"/>
        <w:rPr>
          <w:rFonts w:ascii="Times New Roman" w:hAnsi="Times New Roman" w:cs="Times New Roman"/>
          <w:sz w:val="22"/>
          <w:szCs w:val="32"/>
          <w:lang w:val="pl-PL"/>
        </w:rPr>
      </w:pPr>
      <w:r w:rsidRPr="00912640">
        <w:rPr>
          <w:rFonts w:ascii="Times New Roman" w:eastAsia="Arial" w:hAnsi="Times New Roman" w:cs="Times New Roman"/>
          <w:b/>
          <w:sz w:val="20"/>
          <w:szCs w:val="32"/>
          <w:lang w:val="pl-PL"/>
        </w:rPr>
        <w:t>Ocena niedostateczna (1): nie opanowałem/-am podstawowych wiadomości i umiejętności koniecznych do dalszego uczenia się i nie potrafię wykonać prostych zadań nawet po otrzymaniu jasnej wskazówki dotyczącej sposobu działania.</w:t>
      </w:r>
      <w:r w:rsidR="00BC1CB7" w:rsidRPr="00912640">
        <w:rPr>
          <w:rFonts w:ascii="Times New Roman" w:eastAsia="Arial" w:hAnsi="Times New Roman" w:cs="Times New Roman"/>
          <w:b/>
          <w:sz w:val="20"/>
          <w:szCs w:val="32"/>
          <w:lang w:val="pl-PL"/>
        </w:rPr>
        <w:t xml:space="preserve"> </w:t>
      </w:r>
    </w:p>
    <w:sectPr w:rsidR="0062485E" w:rsidRPr="00912640" w:rsidSect="00034616">
      <w:footerReference w:type="default" r:id="rId8"/>
      <w:pgSz w:w="16838" w:h="11906" w:orient="landscape"/>
      <w:pgMar w:top="482" w:right="482" w:bottom="482" w:left="48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D4D8" w14:textId="77777777" w:rsidR="00AA475F" w:rsidRDefault="00AA475F">
      <w:pPr>
        <w:spacing w:after="0" w:line="240" w:lineRule="auto"/>
      </w:pPr>
      <w:r>
        <w:separator/>
      </w:r>
    </w:p>
  </w:endnote>
  <w:endnote w:type="continuationSeparator" w:id="0">
    <w:p w14:paraId="320D3738" w14:textId="77777777" w:rsidR="00AA475F" w:rsidRDefault="00AA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B336" w14:textId="77777777" w:rsidR="0062485E" w:rsidRDefault="00000000">
    <w:pPr>
      <w:pStyle w:val="Stopka"/>
      <w:jc w:val="right"/>
    </w:pPr>
    <w:r>
      <w:rPr>
        <w:rFonts w:eastAsia="Arial"/>
        <w:sz w:val="14"/>
      </w:rPr>
      <w:t xml:space="preserve">Język polski – klasa 5 | strona </w:t>
    </w:r>
    <w:r>
      <w:rPr>
        <w:rFonts w:eastAsia="Arial"/>
        <w:sz w:val="14"/>
      </w:rPr>
      <w:fldChar w:fldCharType="begin"/>
    </w:r>
    <w:r>
      <w:rPr>
        <w:rFonts w:eastAsia="Arial"/>
        <w:sz w:val="14"/>
      </w:rPr>
      <w:instrText xml:space="preserve"> PAGE </w:instrText>
    </w:r>
    <w:r>
      <w:rPr>
        <w:rFonts w:eastAsia="Arial"/>
        <w:sz w:val="14"/>
      </w:rPr>
      <w:fldChar w:fldCharType="separate"/>
    </w:r>
    <w:r w:rsidR="00BC1CB7">
      <w:rPr>
        <w:rFonts w:eastAsia="Arial"/>
        <w:noProof/>
        <w:sz w:val="14"/>
      </w:rPr>
      <w:t>1</w:t>
    </w:r>
    <w:r>
      <w:rPr>
        <w:rFonts w:eastAsia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F06E" w14:textId="77777777" w:rsidR="00AA475F" w:rsidRDefault="00AA475F">
      <w:pPr>
        <w:spacing w:after="0" w:line="240" w:lineRule="auto"/>
      </w:pPr>
      <w:r>
        <w:separator/>
      </w:r>
    </w:p>
  </w:footnote>
  <w:footnote w:type="continuationSeparator" w:id="0">
    <w:p w14:paraId="56BB22A5" w14:textId="77777777" w:rsidR="00AA475F" w:rsidRDefault="00AA4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9848">
    <w:abstractNumId w:val="8"/>
  </w:num>
  <w:num w:numId="2" w16cid:durableId="1273198186">
    <w:abstractNumId w:val="6"/>
  </w:num>
  <w:num w:numId="3" w16cid:durableId="859859661">
    <w:abstractNumId w:val="5"/>
  </w:num>
  <w:num w:numId="4" w16cid:durableId="1262102681">
    <w:abstractNumId w:val="4"/>
  </w:num>
  <w:num w:numId="5" w16cid:durableId="107089998">
    <w:abstractNumId w:val="7"/>
  </w:num>
  <w:num w:numId="6" w16cid:durableId="1218905012">
    <w:abstractNumId w:val="3"/>
  </w:num>
  <w:num w:numId="7" w16cid:durableId="390470922">
    <w:abstractNumId w:val="2"/>
  </w:num>
  <w:num w:numId="8" w16cid:durableId="1114641795">
    <w:abstractNumId w:val="1"/>
  </w:num>
  <w:num w:numId="9" w16cid:durableId="145131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0F2D"/>
    <w:rsid w:val="0029639D"/>
    <w:rsid w:val="00326F90"/>
    <w:rsid w:val="00335E2F"/>
    <w:rsid w:val="00452E44"/>
    <w:rsid w:val="0062485E"/>
    <w:rsid w:val="00912640"/>
    <w:rsid w:val="0097075B"/>
    <w:rsid w:val="00AA1D8D"/>
    <w:rsid w:val="00AA475F"/>
    <w:rsid w:val="00B47730"/>
    <w:rsid w:val="00BC1CB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CE4E6"/>
  <w14:defaultImageDpi w14:val="300"/>
  <w15:docId w15:val="{4C0F5468-B75A-447D-9B2D-8C3723A2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BW">
    <w:name w:val="Section BW"/>
    <w:pPr>
      <w:keepNext/>
      <w:spacing w:before="80" w:after="80"/>
    </w:pPr>
    <w:rPr>
      <w:rFonts w:ascii="Arial" w:hAnsi="Arial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edukacyjne z języka polskiego – klasa 5</dc:title>
  <dc:subject>Wymagania edukacyjne, język polski, rok szkolny 2026/2027</dc:subject>
  <dc:creator/>
  <cp:keywords/>
  <dc:description>generated by python-docx</dc:description>
  <cp:lastModifiedBy>Bejbinia</cp:lastModifiedBy>
  <cp:revision>4</cp:revision>
  <dcterms:created xsi:type="dcterms:W3CDTF">2013-12-23T23:15:00Z</dcterms:created>
  <dcterms:modified xsi:type="dcterms:W3CDTF">2026-09-06T15:50:00Z</dcterms:modified>
  <cp:category/>
</cp:coreProperties>
</file>