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9974F" w14:textId="77777777" w:rsidR="00002DB8" w:rsidRPr="00876BF4" w:rsidRDefault="00000000">
      <w:pPr>
        <w:spacing w:after="60"/>
        <w:jc w:val="center"/>
        <w:rPr>
          <w:rFonts w:ascii="Times New Roman" w:hAnsi="Times New Roman" w:cs="Times New Roman"/>
          <w:sz w:val="18"/>
          <w:szCs w:val="24"/>
          <w:lang w:val="pl-PL"/>
        </w:rPr>
      </w:pPr>
      <w:r w:rsidRPr="00876BF4">
        <w:rPr>
          <w:rFonts w:ascii="Times New Roman" w:eastAsia="Arial" w:hAnsi="Times New Roman" w:cs="Times New Roman"/>
          <w:b/>
          <w:sz w:val="32"/>
          <w:szCs w:val="24"/>
          <w:lang w:val="pl-PL"/>
        </w:rPr>
        <w:t>WYMAGANIA EDUKACYJNE Z JĘZYKA POLSKIEGO – KLASA 4</w:t>
      </w:r>
    </w:p>
    <w:p w14:paraId="018E8D91" w14:textId="77777777" w:rsidR="00002DB8" w:rsidRPr="00876BF4" w:rsidRDefault="00000000">
      <w:pPr>
        <w:spacing w:after="80"/>
        <w:jc w:val="center"/>
        <w:rPr>
          <w:rFonts w:ascii="Times New Roman" w:eastAsia="Arial" w:hAnsi="Times New Roman" w:cs="Times New Roman"/>
          <w:b/>
          <w:sz w:val="20"/>
          <w:szCs w:val="24"/>
          <w:lang w:val="pl-PL"/>
        </w:rPr>
      </w:pPr>
      <w:r w:rsidRPr="00876BF4">
        <w:rPr>
          <w:rFonts w:ascii="Times New Roman" w:eastAsia="Arial" w:hAnsi="Times New Roman" w:cs="Times New Roman"/>
          <w:b/>
          <w:sz w:val="20"/>
          <w:szCs w:val="24"/>
          <w:lang w:val="pl-PL"/>
        </w:rPr>
        <w:t>rok szkolny 2026/2027</w:t>
      </w:r>
    </w:p>
    <w:p w14:paraId="54D99B50" w14:textId="77777777" w:rsidR="00B42125" w:rsidRPr="00876BF4" w:rsidRDefault="00B42125">
      <w:pPr>
        <w:spacing w:after="80"/>
        <w:jc w:val="center"/>
        <w:rPr>
          <w:rFonts w:ascii="Times New Roman" w:hAnsi="Times New Roman" w:cs="Times New Roman"/>
          <w:sz w:val="18"/>
          <w:szCs w:val="24"/>
          <w:lang w:val="pl-PL"/>
        </w:rPr>
      </w:pPr>
    </w:p>
    <w:p w14:paraId="3B282946" w14:textId="77777777" w:rsidR="00002DB8" w:rsidRPr="00876BF4" w:rsidRDefault="00000000">
      <w:pPr>
        <w:pStyle w:val="SectionBW"/>
        <w:rPr>
          <w:rFonts w:ascii="Times New Roman" w:hAnsi="Times New Roman" w:cs="Times New Roman"/>
          <w:sz w:val="22"/>
          <w:szCs w:val="24"/>
          <w:lang w:val="pl-PL"/>
        </w:rPr>
      </w:pPr>
      <w:r w:rsidRPr="00876BF4">
        <w:rPr>
          <w:rFonts w:ascii="Times New Roman" w:eastAsia="Arial" w:hAnsi="Times New Roman" w:cs="Times New Roman"/>
          <w:sz w:val="22"/>
          <w:szCs w:val="24"/>
          <w:lang w:val="pl-PL"/>
        </w:rPr>
        <w:t>I. KOMUNIKACJA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86"/>
        <w:gridCol w:w="2749"/>
        <w:gridCol w:w="2749"/>
        <w:gridCol w:w="2749"/>
        <w:gridCol w:w="2749"/>
        <w:gridCol w:w="2749"/>
      </w:tblGrid>
      <w:tr w:rsidR="00002DB8" w:rsidRPr="00876BF4" w14:paraId="4B95CF87" w14:textId="77777777">
        <w:trPr>
          <w:tblHeader/>
          <w:jc w:val="center"/>
        </w:trPr>
        <w:tc>
          <w:tcPr>
            <w:tcW w:w="178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EC4463D" w14:textId="77777777" w:rsidR="00002DB8" w:rsidRPr="00876B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t>Zakres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AC7438A" w14:textId="77777777" w:rsidR="00002DB8" w:rsidRPr="00876B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Dopuszczająca (2)</w:t>
            </w:r>
            <w:r w:rsidRPr="00876BF4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ROZUMIENIE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76D381" w14:textId="77777777" w:rsidR="00002DB8" w:rsidRPr="00876B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Dostateczna (3)</w:t>
            </w:r>
            <w:r w:rsidRPr="00876BF4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ZASTOSOWANIE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E9CFBEB" w14:textId="77777777" w:rsidR="00002DB8" w:rsidRPr="00876B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Dobra (4)</w:t>
            </w:r>
            <w:r w:rsidRPr="00876BF4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ANALIZOWANIE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7792A1B" w14:textId="77777777" w:rsidR="00002DB8" w:rsidRPr="00876B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Bardzo dobra (5)</w:t>
            </w:r>
            <w:r w:rsidRPr="00876BF4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OCENIANIE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E512F71" w14:textId="77777777" w:rsidR="00002DB8" w:rsidRPr="00876B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Celująca (6)</w:t>
            </w:r>
            <w:r w:rsidRPr="00876BF4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TWORZENIE</w:t>
            </w:r>
          </w:p>
        </w:tc>
      </w:tr>
      <w:tr w:rsidR="00002DB8" w:rsidRPr="00876BF4" w14:paraId="6E688130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4740D7" w14:textId="77777777" w:rsidR="00002DB8" w:rsidRPr="00876BF4" w:rsidRDefault="00000000">
            <w:pPr>
              <w:spacing w:after="0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t>Odbiór wypowiedzi i sytuacja komunikacyjna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18F46EE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Rozumiem większość prostych poleceń i wypowiedzi; wskazuję ich temat, nadawcę i odbiorcę oraz odróżniam informację o fakcie od prostej opinii.</w:t>
            </w:r>
          </w:p>
          <w:p w14:paraId="30A0F599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Rozpoznaję wypowiedzenia oznajmujące, pytające i rozkazujące, podstawowe intencje nadawcy oraz proste komunikaty niewerbalne, takie jak mimika, gest i ton głosu.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9FABFF5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Dobieram sposób mówienia do typowej sytuacji: przedstawiam się, proszę, pytam, odmawiam, wyjaśniam i powiadamiam; stosuję podstawowe formuły grzecznościowe.</w:t>
            </w:r>
          </w:p>
          <w:p w14:paraId="13A2D786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W rozmowie słucham uważnie, odpowiadam na temat, zadaję pytania doprecyzowujące i mówię o swoich potrzebach oraz emocjach w sposób zrozumiały i kulturalny.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932E806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Analizuję, jak odbiorca, cel i sytuacja wpływają na kształt wypowiedzi; porównuję prostą wypowiedź oficjalną i nieoficjalną oraz wskazuję różnice.</w:t>
            </w:r>
          </w:p>
          <w:p w14:paraId="60FC1ECC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Wyodrębniam w komunikacie informacje, opinie, intencje i sygnały niewerbalne; ustalam, co zostało powiedziane wprost, a co mogę wywnioskować z kontekstu.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36522C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Oceniam, czy wypowiedź jest jasna, rzeczowa, kulturalna i skuteczna; uzasadniam, które sformułowania pomagają budować dobrą relację, a które ją utrudniają.</w:t>
            </w:r>
          </w:p>
          <w:p w14:paraId="15FB4890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Weryfikuję własną reakcję w rozmowie i uzasadniam, jak można poprawić ton, dobór słów albo sposób słuchania, aby lepiej osiągnąć cel komunikacyjny.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41B8956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Tworzę spójną wypowiedź ustną lub pisemną dopasowaną do celu, odbiorcy i sytuacji, świadomie łącząc słowa z odpowiednim tonem, mimiką lub gestem.</w:t>
            </w:r>
          </w:p>
          <w:p w14:paraId="0F709DF5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Projektuję krótką scenkę pokazującą dwa różne sposoby przekazania tej samej treści i wyjaśniam, dlaczego wybrany przeze mnie sposób jest bardziej skuteczny i etyczny.</w:t>
            </w:r>
          </w:p>
        </w:tc>
      </w:tr>
      <w:tr w:rsidR="00002DB8" w:rsidRPr="00876BF4" w14:paraId="19A6DC28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A310FB1" w14:textId="77777777" w:rsidR="00002DB8" w:rsidRPr="00876BF4" w:rsidRDefault="00000000">
            <w:pPr>
              <w:spacing w:after="0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t>Rozmowa i współdziałanie językowe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733B985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Rozumiem temat rozmowy i potrafię krótko wypowiedzieć się o sobie, swoich doświadczeniach, zainteresowaniach, przeczytanym tekście lub sytuacji z codziennego życia.</w:t>
            </w:r>
          </w:p>
          <w:p w14:paraId="6660C9FA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Nazywam podstawowe emocje i potrzeby; wiem, że mogę wyrażać zdanie, zgodę, sprzeciw i odmowę bez obrażania rozmówcy.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A317189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Wypowiadam się na temat w kilku logicznie połączonych zdaniach; dobieram formę, ton i słownictwo do odbiorcy oraz stosuję zwroty rozpoczynające i kończące rozmowę.</w:t>
            </w:r>
          </w:p>
          <w:p w14:paraId="45DD55F5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Biorę udział w rozmowie, słucham bez przerywania, odnoszę się do wypowiedzi innych i przedstawiam własne stanowisko z prostym uzasadnieniem.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73772E4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Analizuję przebieg rozmowy i rozpoznaję momenty, w których komunikacja staje się niejasna; parafrazuję wypowiedź rozmówcy i zadaję pytania pomagające ją doprecyzować.</w:t>
            </w:r>
          </w:p>
          <w:p w14:paraId="053F7B55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Porównuję różne sposoby przedstawienia tej samej opinii i wyjaśniam, jak dobór słów, kolejność informacji oraz komunikaty niewerbalne wpływają na odbiorcę.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6B31EF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Oceniam rzeczowość i kulturę wypowiedzi własnej oraz innych osób; uzasadniam ocenę, oddzielając zachowanie lub treść komunikatu od oceny osoby.</w:t>
            </w:r>
          </w:p>
          <w:p w14:paraId="7E6797A7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Dobieram najlepszą strategię rozmowy w sytuacji niezgody i uzasadniam, dlaczego pozwala ona wyrazić sprzeciw, zachowując szacunek dla rozmówcy.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731EF5B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Tworzę i wygłaszam przygotowaną wypowiedź, w której świadomie buduję początek, rozwinięcie i zakończenie, a język oraz sposób mówienia dostosowuję do odbiorców.</w:t>
            </w:r>
          </w:p>
          <w:p w14:paraId="01B8627C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Prowadzę krótką rozmowę lub scenkę problemową, w której wykorzystuję pytania, parafrazę, komunikat „ja” i podsumowanie, aby doprowadzić do porozumienia.</w:t>
            </w:r>
          </w:p>
        </w:tc>
      </w:tr>
    </w:tbl>
    <w:p w14:paraId="3158AB59" w14:textId="77777777" w:rsidR="00B42125" w:rsidRPr="00876BF4" w:rsidRDefault="00B42125">
      <w:pPr>
        <w:spacing w:after="80"/>
        <w:jc w:val="center"/>
        <w:rPr>
          <w:rFonts w:ascii="Times New Roman" w:hAnsi="Times New Roman" w:cs="Times New Roman"/>
          <w:sz w:val="18"/>
          <w:szCs w:val="24"/>
          <w:lang w:val="pl-PL"/>
        </w:rPr>
      </w:pPr>
    </w:p>
    <w:p w14:paraId="31B24462" w14:textId="77777777" w:rsidR="00002DB8" w:rsidRPr="00876BF4" w:rsidRDefault="00000000">
      <w:pPr>
        <w:pStyle w:val="SectionBW"/>
        <w:rPr>
          <w:rFonts w:ascii="Times New Roman" w:hAnsi="Times New Roman" w:cs="Times New Roman"/>
          <w:sz w:val="22"/>
          <w:szCs w:val="24"/>
          <w:lang w:val="pl-PL"/>
        </w:rPr>
      </w:pPr>
      <w:r w:rsidRPr="00876BF4">
        <w:rPr>
          <w:rFonts w:ascii="Times New Roman" w:eastAsia="Arial" w:hAnsi="Times New Roman" w:cs="Times New Roman"/>
          <w:sz w:val="22"/>
          <w:szCs w:val="24"/>
          <w:lang w:val="pl-PL"/>
        </w:rPr>
        <w:t>II. ODBIÓR TEKSTÓW KULTURY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86"/>
        <w:gridCol w:w="2749"/>
        <w:gridCol w:w="2749"/>
        <w:gridCol w:w="2749"/>
        <w:gridCol w:w="2749"/>
        <w:gridCol w:w="2749"/>
      </w:tblGrid>
      <w:tr w:rsidR="00002DB8" w:rsidRPr="00876BF4" w14:paraId="5D2DFB16" w14:textId="77777777">
        <w:trPr>
          <w:tblHeader/>
          <w:jc w:val="center"/>
        </w:trPr>
        <w:tc>
          <w:tcPr>
            <w:tcW w:w="178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EF62F48" w14:textId="77777777" w:rsidR="00002DB8" w:rsidRPr="00876B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t>Zakres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80A22A" w14:textId="77777777" w:rsidR="00002DB8" w:rsidRPr="00876B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Dopuszczająca (2)</w:t>
            </w:r>
            <w:r w:rsidRPr="00876BF4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ROZUMIENIE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DA0A44" w14:textId="77777777" w:rsidR="00002DB8" w:rsidRPr="00876B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Dostateczna (3)</w:t>
            </w:r>
            <w:r w:rsidRPr="00876BF4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ZASTOSOWANIE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C8807C" w14:textId="77777777" w:rsidR="00002DB8" w:rsidRPr="00876B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Dobra (4)</w:t>
            </w:r>
            <w:r w:rsidRPr="00876BF4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ANALIZOWANIE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3F5EE37" w14:textId="77777777" w:rsidR="00002DB8" w:rsidRPr="00876B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Bardzo dobra (5)</w:t>
            </w:r>
            <w:r w:rsidRPr="00876BF4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OCENIANIE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CC06D4D" w14:textId="77777777" w:rsidR="00002DB8" w:rsidRPr="00876B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Celująca (6)</w:t>
            </w:r>
            <w:r w:rsidRPr="00876BF4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TWORZENIE</w:t>
            </w:r>
          </w:p>
        </w:tc>
      </w:tr>
      <w:tr w:rsidR="00002DB8" w:rsidRPr="00876BF4" w14:paraId="0386B021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8066C35" w14:textId="77777777" w:rsidR="00002DB8" w:rsidRPr="00876BF4" w:rsidRDefault="00000000">
            <w:pPr>
              <w:spacing w:after="0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t>Literatura i inne teksty kultury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97218B4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Rozumiem ogólny sens tekstu literackiego, komiksu, plakatu, fotografii lub spektaklu; wskazuję temat, główną myśl, bohaterów, czas i miejsce wydarzeń oraz rozpoznaję narratora lub podmiot liryczny.</w:t>
            </w:r>
          </w:p>
          <w:p w14:paraId="692A76FF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Rozpoznaję baśń, legendę, opowiadanie, komiks i hymn; wiem, czym jest morał; odróżniam autora od narratora, fikcję od rzeczywistości oraz elementy realistyczne od fantastycznych.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D240B07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Wykorzystuję informacje z tekstu, aby uporządkować wydarzenia, opowiedzieć fabułę, wskazać przyczyny i skutki oraz wyjaśnić zachowanie bohatera i sens morału.</w:t>
            </w:r>
          </w:p>
          <w:p w14:paraId="0AC7BEB9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Rozpoznaję narrację pierwszo- i trzecioosobową oraz stosuję pojęcia: epitet, porównanie, przenośnia, wyraz dźwiękonaśladowczy, wers, strofa, rym i refren; odczytuję podstawowe znaczenia przenośne.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BEC7502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Analizuję elementy świata przedstawionego i zależności między wydarzeniami; porównuję bohaterów, ich decyzje oraz sposób przedstawienia podobnego problemu w dwóch tekstach.</w:t>
            </w:r>
          </w:p>
          <w:p w14:paraId="2951913D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Badam, jak środki stylistyczne, dialog, tytuł, obraz, dźwięk i elementy teatralne wpływają na moje wyobrażenia, emocje i rozumienie utworu; odróżniam tekst literacki od informacyjnego.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93D9DE3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Oceniam postawy bohaterów w odniesieniu do wartości, takich jak dobro, prawda, szacunek, odpowiedzialność i sprawiedliwość, oraz uzasadniam ocenę przykładami z tekstu i sensem morału.</w:t>
            </w:r>
          </w:p>
          <w:p w14:paraId="0BDEE74F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Formułuję i uzasadniam własne odczytanie utworu; oceniam, czy ilustracja, komiks, spektakl, teatr kamishibai lub inny przekład dobrze oddaje sens poznanego tekstu.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5C6D03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Tworzę własną interpretację tekstu, łącząc jego treść z doświadczeniem, wartościami i innym poznanym tekstem kultury; dobieram szczegóły lub krótkie cytaty potwierdzające moje odczytanie.</w:t>
            </w:r>
          </w:p>
          <w:p w14:paraId="51CEBF1E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Przekształcam poznany tekst w nową formę, np. scenkę, komiks, teatr kamishibai, krótki tekst z perspektywy bohatera lub alternatywne zakończenie, zachowując najważniejsze cechy świata utworu.</w:t>
            </w:r>
          </w:p>
        </w:tc>
      </w:tr>
    </w:tbl>
    <w:p w14:paraId="611F92D7" w14:textId="77777777" w:rsidR="00B42125" w:rsidRPr="00876BF4" w:rsidRDefault="00B42125">
      <w:pPr>
        <w:spacing w:after="80"/>
        <w:jc w:val="center"/>
        <w:rPr>
          <w:rFonts w:ascii="Times New Roman" w:hAnsi="Times New Roman" w:cs="Times New Roman"/>
          <w:sz w:val="18"/>
          <w:szCs w:val="24"/>
          <w:lang w:val="pl-PL"/>
        </w:rPr>
      </w:pPr>
    </w:p>
    <w:p w14:paraId="19695A84" w14:textId="77777777" w:rsidR="00876BF4" w:rsidRPr="00876BF4" w:rsidRDefault="00876BF4">
      <w:pPr>
        <w:pStyle w:val="SectionBW"/>
        <w:rPr>
          <w:rFonts w:ascii="Times New Roman" w:eastAsia="Arial" w:hAnsi="Times New Roman" w:cs="Times New Roman"/>
          <w:sz w:val="22"/>
          <w:szCs w:val="24"/>
          <w:lang w:val="pl-PL"/>
        </w:rPr>
      </w:pPr>
    </w:p>
    <w:p w14:paraId="2CF8FCBC" w14:textId="77777777" w:rsidR="00876BF4" w:rsidRPr="00876BF4" w:rsidRDefault="00876BF4">
      <w:pPr>
        <w:pStyle w:val="SectionBW"/>
        <w:rPr>
          <w:rFonts w:ascii="Times New Roman" w:eastAsia="Arial" w:hAnsi="Times New Roman" w:cs="Times New Roman"/>
          <w:sz w:val="22"/>
          <w:szCs w:val="24"/>
          <w:lang w:val="pl-PL"/>
        </w:rPr>
      </w:pPr>
    </w:p>
    <w:p w14:paraId="13512C6F" w14:textId="79C245B4" w:rsidR="00002DB8" w:rsidRPr="00876BF4" w:rsidRDefault="00000000">
      <w:pPr>
        <w:pStyle w:val="SectionBW"/>
        <w:rPr>
          <w:rFonts w:ascii="Times New Roman" w:hAnsi="Times New Roman" w:cs="Times New Roman"/>
          <w:sz w:val="22"/>
          <w:szCs w:val="24"/>
          <w:lang w:val="pl-PL"/>
        </w:rPr>
      </w:pPr>
      <w:r w:rsidRPr="00876BF4">
        <w:rPr>
          <w:rFonts w:ascii="Times New Roman" w:eastAsia="Arial" w:hAnsi="Times New Roman" w:cs="Times New Roman"/>
          <w:sz w:val="22"/>
          <w:szCs w:val="24"/>
          <w:lang w:val="pl-PL"/>
        </w:rPr>
        <w:t>III. ŚWIADOMOŚĆ JĘZYKA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86"/>
        <w:gridCol w:w="2749"/>
        <w:gridCol w:w="2749"/>
        <w:gridCol w:w="2749"/>
        <w:gridCol w:w="2749"/>
        <w:gridCol w:w="2749"/>
      </w:tblGrid>
      <w:tr w:rsidR="00002DB8" w:rsidRPr="00876BF4" w14:paraId="33AFC16B" w14:textId="77777777">
        <w:trPr>
          <w:tblHeader/>
          <w:jc w:val="center"/>
        </w:trPr>
        <w:tc>
          <w:tcPr>
            <w:tcW w:w="178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C224823" w14:textId="77777777" w:rsidR="00002DB8" w:rsidRPr="00876B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t>Zakres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A3627D4" w14:textId="77777777" w:rsidR="00002DB8" w:rsidRPr="00876B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Dopuszczająca (2)</w:t>
            </w:r>
            <w:r w:rsidRPr="00876BF4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ROZUMIENIE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AA2C3EF" w14:textId="77777777" w:rsidR="00002DB8" w:rsidRPr="00876B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Dostateczna (3)</w:t>
            </w:r>
            <w:r w:rsidRPr="00876BF4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ZASTOSOWANIE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1439272" w14:textId="77777777" w:rsidR="00002DB8" w:rsidRPr="00876B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Dobra (4)</w:t>
            </w:r>
            <w:r w:rsidRPr="00876BF4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ANALIZOWANIE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560B75" w14:textId="77777777" w:rsidR="00002DB8" w:rsidRPr="00876B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Bardzo dobra (5)</w:t>
            </w:r>
            <w:r w:rsidRPr="00876BF4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OCENIANIE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80284DD" w14:textId="77777777" w:rsidR="00002DB8" w:rsidRPr="00876B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Celująca (6)</w:t>
            </w:r>
            <w:r w:rsidRPr="00876BF4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TWORZENIE</w:t>
            </w:r>
          </w:p>
        </w:tc>
      </w:tr>
      <w:tr w:rsidR="00002DB8" w:rsidRPr="00876BF4" w14:paraId="45525EF9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89BE302" w14:textId="77777777" w:rsidR="00002DB8" w:rsidRPr="00876BF4" w:rsidRDefault="00000000">
            <w:pPr>
              <w:spacing w:after="0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t>Części mowy i odmiana wyrazów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F60CC53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Rozpoznaję rzeczownik, czasownik, przymiotnik, przysłówek, przyimek i spójnik oraz odróżniam części mowy odmienne od nieodmiennych na prostych przykładach.</w:t>
            </w:r>
          </w:p>
          <w:p w14:paraId="0F8B44BA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Rozumiem podstawowe kategorie gramatyczne: przypadek, liczbę i rodzaj rzeczownika oraz przymiotnika, a także osobę, liczbę, czas i rodzaj czasownika.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CD84C5D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Odmieniam typowe rzeczowniki, przymiotniki i czasowniki oraz stosuję ich poprawne formy w zdaniach; dobieram przymiotnik do rzeczownika i przysłówek do czasownika.</w:t>
            </w:r>
          </w:p>
          <w:p w14:paraId="40F67FD9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Wykorzystuję poznane części mowy do tworzenia precyzyjniejszych opisów i opowiadań; poprawnie łączę przyimki z rzeczownikami i stosuję spójniki do łączenia wyrazów oraz zdań.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B938F9B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Analizuję formę gramatyczną wskazanego rzeczownika, przymiotnika lub czasownika i wyjaśniam, jak jego forma łączy się z innymi wyrazami w zdaniu.</w:t>
            </w:r>
          </w:p>
          <w:p w14:paraId="76F91D19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Porównuję funkcje rzeczownika, przymiotnika, czasownika, przysłówka, przyimka i spójnika w tekście oraz wskazuję, jak ich użycie wpływa na znaczenie i spójność wypowiedzi.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DE4895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Oceniam poprawność form gramatycznych w zdaniach, uzasadniam korektę i korzystam ze słownika, gdy nie jestem pewny lub pewna odmiany wyrazu.</w:t>
            </w:r>
          </w:p>
          <w:p w14:paraId="639369BF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Wybieram spośród kilku form wyrazu tę, która najlepiej pasuje do sensu i stylu wypowiedzi, i uzasadniam wybór na podstawie zależności gramatycznych.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94CBAA0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Tworzę krótki tekst, w którym świadomie różnicuję części mowy i formy gramatyczne, aby precyzyjnie opisywać osoby, miejsca, czynności i następstwo zdarzeń.</w:t>
            </w:r>
          </w:p>
          <w:p w14:paraId="7FA057B9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Projektuję własne przykłady ilustrujące odmianę i funkcje poznanych części mowy oraz wyjaśniam regułę innemu uczniowi prostym, zrozumiałym językiem.</w:t>
            </w:r>
          </w:p>
        </w:tc>
      </w:tr>
      <w:tr w:rsidR="00002DB8" w:rsidRPr="00876BF4" w14:paraId="58C268D1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4125F96" w14:textId="77777777" w:rsidR="00002DB8" w:rsidRPr="00876BF4" w:rsidRDefault="00000000">
            <w:pPr>
              <w:spacing w:after="0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t>Budowa wypowiedzeń i składnia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FE9AAE6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Rozpoznaję zdanie i równoważnik zdania, zdanie pojedyncze i złożone oraz wskazuję podmiot i orzeczenie w prostym zdaniu pojedynczym.</w:t>
            </w:r>
          </w:p>
          <w:p w14:paraId="524E163D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Rozumiem różnicę między wypowiedzeniem oznajmującym, pytającym, rozkazującym i wykrzyknikowym oraz wiem, jaką funkcję pełnią w komunikacji.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8B81674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Buduję poprawne zdania pojedyncze i proste zdania złożone; łączę wypowiedzenia odpowiednimi spójnikami i dobieram ich typ do intencji wypowiedzi.</w:t>
            </w:r>
          </w:p>
          <w:p w14:paraId="69421005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Przekształcam prosty równoważnik zdania w zdanie i odwrotnie oraz zmieniam typ wypowiedzenia, zachowując jego podstawowy sens.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66D6C48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Analizuję budowę prostego zdania, wskazuję związek podmiotu z orzeczeniem oraz obserwuję, jak kolejność wyrazów wpływa na jasność wypowiedzi.</w:t>
            </w:r>
          </w:p>
          <w:p w14:paraId="4EDFBF2D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Porównuję zdanie pojedyncze i złożone oraz wyjaśniam, kiedy krótsza albo bardziej rozbudowana konstrukcja lepiej pasuje do przekazywanej treści.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8B603F3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Oceniam poprawność i czytelność prostych konstrukcji składniowych; poprawiam zdania niejasne, urwane lub źle połączone i uzasadniam wprowadzone zmiany.</w:t>
            </w:r>
          </w:p>
          <w:p w14:paraId="79C282FA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Wybieram konstrukcję zdania najlepiej odpowiadającą celowi wypowiedzi i uzasadniam, jak szyk, długość oraz rodzaj wypowiedzenia wpływają na odbiór.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6279AD8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Tworzę krótki tekst o zróżnicowanej składni, świadomie łącząc zdania pojedyncze, złożone, pytania, rozkazy i równoważniki zdania.</w:t>
            </w:r>
          </w:p>
          <w:p w14:paraId="286C2B35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 xml:space="preserve">• Konstruuję serię zdań pokazujących, jak tę samą informację można przekazać na różne </w:t>
            </w:r>
            <w:proofErr w:type="gramStart"/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sposoby,</w:t>
            </w:r>
            <w:proofErr w:type="gramEnd"/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 xml:space="preserve"> i objaśniam zmianę znaczenia, tonu lub intencji.</w:t>
            </w:r>
          </w:p>
        </w:tc>
      </w:tr>
      <w:tr w:rsidR="00002DB8" w:rsidRPr="00876BF4" w14:paraId="5436526A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53C0E97" w14:textId="77777777" w:rsidR="00002DB8" w:rsidRPr="00876BF4" w:rsidRDefault="00000000">
            <w:pPr>
              <w:spacing w:after="0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t>Słownictwo, znaczenie wyrazów i kultura języka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088993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Rozumiem znaczenie wyrazu w prostym kontekście; dobieram wyrazy bliskoznaczne i przeciwstawne, rozpoznaję wyrazy pokrewne i potoczne oraz odróżniam znaczenie dosłowne od przenośnego.</w:t>
            </w:r>
          </w:p>
          <w:p w14:paraId="4E92BA9F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Rozumiem znaczenie poznanych przysłów i prostych związków frazeologicznych; rozpoznaję podstawowe formuły grzecznościowe i język obraźliwy.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E0E4704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Dobieram wyrazy pokrewne i tworzę proste rodziny wyrazów; stosuję synonimy, antonimy, przysłowia i proste frazeologizmy, aby unikać powtórzeń i precyzyjniej wyrażać myśli.</w:t>
            </w:r>
          </w:p>
          <w:p w14:paraId="34C75BD1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Dobieram słownictwo do sytuacji oficjalnej i nieoficjalnej; zamieniam niestosowne lub agresywne sformułowanie na komunikat kulturalny i rzeczowy.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F1A2209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Analizuję znaczenie wyrazów wieloznacznych w kontekście i porównuję, jak dobór słownictwa zmienia obrazowość, emocjonalność lub ton wypowiedzi.</w:t>
            </w:r>
          </w:p>
          <w:p w14:paraId="0898AD8E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Rozpoznaję w tekście słownictwo neutralne i wartościujące oraz wskazuję, jak może ono wpływać na ocenę osoby, wydarzenia albo przedstawionego problemu.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446E4D8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Oceniam trafność, precyzję i kulturę użytych słów; uzasadniam, dlaczego określone sformułowanie jest lepsze w danej sytuacji komunikacyjnej.</w:t>
            </w:r>
          </w:p>
          <w:p w14:paraId="0EC61E85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Weryfikuję własny język pod kątem niepotrzebnych uogólnień, obrażania i etykietowania oraz proponuję odpowiedzialne, neutralne zamienniki.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18D84F1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Tworzę wypowiedź o bogatszym i zróżnicowanym słownictwie, celowo wykorzystując synonimy, znaczenia przenośne, frazeologizmy i środki wartościujące.</w:t>
            </w:r>
          </w:p>
          <w:p w14:paraId="0D320D56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Projektuję krótki poradnik kulturalnej komunikacji dla rówieśników, tworząc własne przykłady komunikatów właściwych i niewłaściwych wraz z objaśnieniem.</w:t>
            </w:r>
          </w:p>
        </w:tc>
      </w:tr>
      <w:tr w:rsidR="00002DB8" w:rsidRPr="00876BF4" w14:paraId="31211533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0492DC" w14:textId="77777777" w:rsidR="00F46343" w:rsidRPr="00876BF4" w:rsidRDefault="00000000">
            <w:pPr>
              <w:spacing w:after="0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t>Fonetyka, ortografia, interpunkcja i zapis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182E069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Rozróżniam głoskę, literę i sylabę; dzielę proste wyrazy na sylaby i zauważam, że wymowa oraz zapis nie zawsze są tym samym.</w:t>
            </w:r>
          </w:p>
          <w:p w14:paraId="34E7D17F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Rozumiem podstawowe zasady zapisu ó/u, rz/ż, ch/h, wielkiej i małej litery oraz przenoszenia wyrazów; rozpoznaję kropkę, przecinek, znak zapytania, wykrzyknik i cudzysłów.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5CB533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Stosuję poznane zasady ortograficzne w typowych wyrazach, wykorzystuję wymianę głosek i wyrazy pokrewne oraz poprawnie dzielę wyrazy na sylaby i przenoszę je do następnego wersu.</w:t>
            </w:r>
          </w:p>
          <w:p w14:paraId="4BA04AFB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Zapisuję zdania wielką literą, dobieram znak na końcu wypowiedzenia, stosuję przecinek w prostych wyliczeniach oraz cudzysłów przy prostym cytacie lub tytule.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F6956C6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Analizuję trudność ortograficzną, wskazuję zasadę lub wyraz pokrewny uzasadniający pisownię i wyjaśniam, kiedy różnica między wymową a zapisem może być źródłem błędu.</w:t>
            </w:r>
          </w:p>
          <w:p w14:paraId="6732D0BB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Wyjaśniam wpływ interpunkcji na sens i intonację zdania; porównuję dwie wersje zapisu i wskazuję, gdzie brak znaku utrudnia zrozumienie.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37E77DE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Oceniam poprawność ortograficzną i interpunkcyjną własnego tekstu, samodzielnie wyszukuję wątpliwe miejsca, sprawdzam je i uzasadniam poprawkę.</w:t>
            </w:r>
          </w:p>
          <w:p w14:paraId="45C942A2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Weryfikuję zapis cudzego krótkiego tekstu, wskazuję rodzaj błędu i proponuję poprawną wersję bez zmiany zamierzonego sensu wypowiedzi.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50E2987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Tworzę poprawny ortograficznie i interpunkcyjnie tekst o zróżnicowanej składni, a po napisaniu przeprowadzam własną korektę według przygotowanej listy kontrolnej.</w:t>
            </w:r>
          </w:p>
          <w:p w14:paraId="1B5BF05E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 xml:space="preserve">• Projektuję krótkie zadanie lub </w:t>
            </w:r>
            <w:proofErr w:type="spellStart"/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miniinstrukcję</w:t>
            </w:r>
            <w:proofErr w:type="spellEnd"/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 xml:space="preserve"> pomagającą zapamiętać wybraną zasadę ortograficzną albo interpunkcyjną, wykorzystując własne przykłady.</w:t>
            </w:r>
          </w:p>
        </w:tc>
      </w:tr>
    </w:tbl>
    <w:p w14:paraId="5D371134" w14:textId="77777777" w:rsidR="00B42125" w:rsidRPr="00876BF4" w:rsidRDefault="00B42125">
      <w:pPr>
        <w:spacing w:after="80"/>
        <w:jc w:val="center"/>
        <w:rPr>
          <w:rFonts w:ascii="Times New Roman" w:hAnsi="Times New Roman" w:cs="Times New Roman"/>
          <w:sz w:val="18"/>
          <w:szCs w:val="24"/>
          <w:lang w:val="pl-PL"/>
        </w:rPr>
      </w:pPr>
    </w:p>
    <w:p w14:paraId="30BB5030" w14:textId="77777777" w:rsidR="00876BF4" w:rsidRPr="00876BF4" w:rsidRDefault="00876BF4">
      <w:pPr>
        <w:pStyle w:val="SectionBW"/>
        <w:rPr>
          <w:rFonts w:ascii="Times New Roman" w:eastAsia="Arial" w:hAnsi="Times New Roman" w:cs="Times New Roman"/>
          <w:sz w:val="22"/>
          <w:szCs w:val="24"/>
          <w:lang w:val="pl-PL"/>
        </w:rPr>
      </w:pPr>
    </w:p>
    <w:p w14:paraId="249BE344" w14:textId="670472F7" w:rsidR="00002DB8" w:rsidRPr="00876BF4" w:rsidRDefault="00000000">
      <w:pPr>
        <w:pStyle w:val="SectionBW"/>
        <w:rPr>
          <w:rFonts w:ascii="Times New Roman" w:hAnsi="Times New Roman" w:cs="Times New Roman"/>
          <w:sz w:val="22"/>
          <w:szCs w:val="24"/>
          <w:lang w:val="pl-PL"/>
        </w:rPr>
      </w:pPr>
      <w:r w:rsidRPr="00876BF4">
        <w:rPr>
          <w:rFonts w:ascii="Times New Roman" w:eastAsia="Arial" w:hAnsi="Times New Roman" w:cs="Times New Roman"/>
          <w:sz w:val="22"/>
          <w:szCs w:val="24"/>
          <w:lang w:val="pl-PL"/>
        </w:rPr>
        <w:t>IV. TWORZENIE WYPOWIEDZI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86"/>
        <w:gridCol w:w="2749"/>
        <w:gridCol w:w="2749"/>
        <w:gridCol w:w="2749"/>
        <w:gridCol w:w="2749"/>
        <w:gridCol w:w="2749"/>
      </w:tblGrid>
      <w:tr w:rsidR="00002DB8" w:rsidRPr="00876BF4" w14:paraId="4B8B90A4" w14:textId="77777777">
        <w:trPr>
          <w:tblHeader/>
          <w:jc w:val="center"/>
        </w:trPr>
        <w:tc>
          <w:tcPr>
            <w:tcW w:w="178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6A6659" w14:textId="77777777" w:rsidR="00002DB8" w:rsidRPr="00876B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t>Zakres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E5121E" w14:textId="77777777" w:rsidR="00002DB8" w:rsidRPr="00876B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Dopuszczająca (2)</w:t>
            </w:r>
            <w:r w:rsidRPr="00876BF4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ROZUMIENIE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DF4BBB3" w14:textId="77777777" w:rsidR="00002DB8" w:rsidRPr="00876B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Dostateczna (3)</w:t>
            </w:r>
            <w:r w:rsidRPr="00876BF4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ZASTOSOWANIE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0D1A1B6" w14:textId="77777777" w:rsidR="00002DB8" w:rsidRPr="00876B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Dobra (4)</w:t>
            </w:r>
            <w:r w:rsidRPr="00876BF4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ANALIZOWANIE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359B4E" w14:textId="77777777" w:rsidR="00002DB8" w:rsidRPr="00876B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Bardzo dobra (5)</w:t>
            </w:r>
            <w:r w:rsidRPr="00876BF4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OCENIANIE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493F785" w14:textId="77777777" w:rsidR="00002DB8" w:rsidRPr="00876B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Celująca (6)</w:t>
            </w:r>
            <w:r w:rsidRPr="00876BF4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TWORZENIE</w:t>
            </w:r>
          </w:p>
        </w:tc>
      </w:tr>
      <w:tr w:rsidR="00002DB8" w:rsidRPr="00876BF4" w14:paraId="451DA454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438CFED" w14:textId="77777777" w:rsidR="00002DB8" w:rsidRPr="00876BF4" w:rsidRDefault="00000000">
            <w:pPr>
              <w:spacing w:after="0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t>Pisanie i formy wypowiedzi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8D8399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Rozumiem budowę prostej wypowiedzi i rozpoznaję wstęp, rozwinięcie, zakończenie oraz akapit; zapisuję krótką notatkę, plan ramowy lub plan szczegółowy i odpowiedź na pytanie.</w:t>
            </w:r>
          </w:p>
          <w:p w14:paraId="19FE6FE2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Rozpoznaję podstawowe cechy zaproszenia, ogłoszenia, listu, wiadomości elektronicznej, kartki pocztowej, opisu, charakterystyki, opowiadania, dialogu i wywiadu oraz wiem, jaki jest cel tych form.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116E8C6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Redaguję na podany temat notatkę, plan, zaproszenie, ogłoszenie, list lub wiadomość elektroniczną, kartkę pocztową, opis i prostą charakterystykę, zachowując najważniejsze cechy formy.</w:t>
            </w:r>
          </w:p>
          <w:p w14:paraId="76ECCC31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Piszę opowiadanie z dialogiem oraz przygotowuję pytania do krótkiego wywiadu; porządkuję wydarzenia chronologicznie i stosuję akapity.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56272F3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Analizuję wzór wypowiedzi i wykorzystuję jego kompozycję we własnym tekście; porównuję plan ramowy i szczegółowy oraz rozbudowuję opowiadanie o dialog, opis miejsca, wyglądu lub zachowania bohatera.</w:t>
            </w:r>
          </w:p>
          <w:p w14:paraId="5CE0DDEB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Porównuję dwie wersje tekstu i wskazuję, która jest bardziej spójna, precyzyjna i zgodna z formą; poprawiam kolejność treści, powtórzenia i niejasne sformułowania.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9AE7423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Oceniam własny tekst według podanych kryteriów: zgodność z tematem, kompozycja, spójność, dobór słownictwa i poprawność; uzasadniam, co wymaga poprawy.</w:t>
            </w:r>
          </w:p>
          <w:p w14:paraId="74AA2E8A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Wybieram najtrafniejsze rozwiązanie kompozycyjne lub językowe dla danego odbiorcy i celu oraz wyjaśniam, dlaczego poprawia ono czytelność albo siłę wypowiedzi.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FC85D71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Tworzę oryginalne opowiadanie z dialogiem lub inną wypowiedź twórczą, świadomie planując wydarzenia, perspektywę bohatera, opis i zakończenie.</w:t>
            </w:r>
          </w:p>
          <w:p w14:paraId="04B594E4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Projektuję funkcjonalny tekst użytkowy lub multimodalny, np. ogłoszenie z grafiką, zaproszenie, wiadomość elektroniczną albo zapis krótkiego wywiadu, dbając o treść, układ i odbiorcę.</w:t>
            </w:r>
          </w:p>
        </w:tc>
      </w:tr>
      <w:tr w:rsidR="00002DB8" w:rsidRPr="00876BF4" w14:paraId="4DF19587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D35F885" w14:textId="77777777" w:rsidR="00002DB8" w:rsidRPr="00876BF4" w:rsidRDefault="00000000">
            <w:pPr>
              <w:spacing w:after="0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t>Argumentowanie, planowanie i redagowanie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A8BBD2A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Rozumiem różnicę między opinią a argumentem i potrafię wskazać proste uzasadnienie zdania w wypowiedzi dotyczącej lektury lub codziennej sytuacji.</w:t>
            </w:r>
          </w:p>
          <w:p w14:paraId="1DE4CC9A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Rozpoznaję pytania do tekstu, plan i notatkę; wiem, że tekst przed oddaniem należy przeczytać ponownie i poprawić zauważone błędy.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D89E957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Formułuję własną opinię i popieram ją co najmniej jednym trafnym argumentem lub przykładem; stosuję proste sformułowania: „uważam, ponieważ…”, „na przykład…”.</w:t>
            </w:r>
          </w:p>
          <w:p w14:paraId="5EC98DB0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Przekształcam tekst w prosty plan, notatkę albo serię pytań; po informacji zwrotnej poprawiam wskazany fragment, uzupełniam treść lub porządkuję zdania.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54D861B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Analizuję związek między opinią, argumentem i przykładem; wykrywam argument niezwiązany z tematem i wyjaśniam, dlaczego nie wspiera stanowiska.</w:t>
            </w:r>
          </w:p>
          <w:p w14:paraId="3A1EAC99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Rozkładam własny tekst na etapy: plan, szkic, korekta i wersja końcowa; porównuję wersje i wskazuję zmiany, które zwiększyły spójność oraz precyzję.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5D04DE9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Oceniam trafność prostych argumentów i przykładów, wybieram mocniejsze uzasadnienie i bronię wyboru, odwołując się do tekstu, faktu lub własnego doświadczenia.</w:t>
            </w:r>
          </w:p>
          <w:p w14:paraId="6349C5CC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Wykorzystuję informację zwrotną do oceny własnej pracy; ustalam priorytet poprawek i uzasadniam, które zmiany najbardziej podnoszą jakość wypowiedzi.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036215E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Tworzę krótką wypowiedź przekonującą, w której samodzielnie formułuję stanowisko, dobieram argumenty i przykłady oraz kończę tekst logicznym wnioskiem.</w:t>
            </w:r>
          </w:p>
          <w:p w14:paraId="57AAC918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Przekształcam ten sam materiał w dwie różne formy, np. opowiadanie i komiks albo notatkę i wypowiedź ustną, świadomie zmieniając kompozycję i środki językowe.</w:t>
            </w:r>
          </w:p>
        </w:tc>
      </w:tr>
    </w:tbl>
    <w:p w14:paraId="480246E4" w14:textId="77777777" w:rsidR="00B42125" w:rsidRPr="00876BF4" w:rsidRDefault="00B42125">
      <w:pPr>
        <w:spacing w:after="80"/>
        <w:jc w:val="center"/>
        <w:rPr>
          <w:rFonts w:ascii="Times New Roman" w:hAnsi="Times New Roman" w:cs="Times New Roman"/>
          <w:sz w:val="18"/>
          <w:szCs w:val="24"/>
          <w:lang w:val="pl-PL"/>
        </w:rPr>
      </w:pPr>
    </w:p>
    <w:p w14:paraId="1A66736B" w14:textId="77777777" w:rsidR="00002DB8" w:rsidRPr="00876BF4" w:rsidRDefault="00000000">
      <w:pPr>
        <w:pStyle w:val="SectionBW"/>
        <w:rPr>
          <w:rFonts w:ascii="Times New Roman" w:hAnsi="Times New Roman" w:cs="Times New Roman"/>
          <w:sz w:val="22"/>
          <w:szCs w:val="24"/>
          <w:lang w:val="pl-PL"/>
        </w:rPr>
      </w:pPr>
      <w:r w:rsidRPr="00876BF4">
        <w:rPr>
          <w:rFonts w:ascii="Times New Roman" w:eastAsia="Arial" w:hAnsi="Times New Roman" w:cs="Times New Roman"/>
          <w:sz w:val="22"/>
          <w:szCs w:val="24"/>
          <w:lang w:val="pl-PL"/>
        </w:rPr>
        <w:t>V. ROZWIJANIE UMIEJĘTNOŚCI AUTOREFLEKSJI I TWORZENIE TOŻSAMOŚCI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86"/>
        <w:gridCol w:w="2749"/>
        <w:gridCol w:w="2749"/>
        <w:gridCol w:w="2749"/>
        <w:gridCol w:w="2749"/>
        <w:gridCol w:w="2749"/>
      </w:tblGrid>
      <w:tr w:rsidR="00002DB8" w:rsidRPr="00876BF4" w14:paraId="48D71BAA" w14:textId="77777777">
        <w:trPr>
          <w:tblHeader/>
          <w:jc w:val="center"/>
        </w:trPr>
        <w:tc>
          <w:tcPr>
            <w:tcW w:w="178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669A7F" w14:textId="77777777" w:rsidR="00002DB8" w:rsidRPr="00876B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t>Zakres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41F70A" w14:textId="77777777" w:rsidR="00002DB8" w:rsidRPr="00876B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Dopuszczająca (2)</w:t>
            </w:r>
            <w:r w:rsidRPr="00876BF4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ROZUMIENIE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AF32F9" w14:textId="77777777" w:rsidR="00002DB8" w:rsidRPr="00876B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Dostateczna (3)</w:t>
            </w:r>
            <w:r w:rsidRPr="00876BF4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ZASTOSOWANIE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4322FE" w14:textId="77777777" w:rsidR="00002DB8" w:rsidRPr="00876B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Dobra (4)</w:t>
            </w:r>
            <w:r w:rsidRPr="00876BF4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ANALIZOWANIE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9A24E61" w14:textId="77777777" w:rsidR="00002DB8" w:rsidRPr="00876B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Bardzo dobra (5)</w:t>
            </w:r>
            <w:r w:rsidRPr="00876BF4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OCENIANIE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2A5AC7E" w14:textId="77777777" w:rsidR="00002DB8" w:rsidRPr="00876B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Celująca (6)</w:t>
            </w:r>
            <w:r w:rsidRPr="00876BF4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TWORZENIE</w:t>
            </w:r>
          </w:p>
        </w:tc>
      </w:tr>
      <w:tr w:rsidR="00002DB8" w:rsidRPr="00876BF4" w14:paraId="5FE1932D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F4D23F1" w14:textId="77777777" w:rsidR="00002DB8" w:rsidRPr="00876BF4" w:rsidRDefault="00000000">
            <w:pPr>
              <w:spacing w:after="0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t>Emocje, wartości, wspólnoty i własne uczenie się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68D6ED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Rozpoznaję i nazywam własne emocje; potrafię wskazać wartości, które są dla mnie ważne.</w:t>
            </w:r>
          </w:p>
          <w:p w14:paraId="4A0A1E09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Rozumiem, że należę do różnych wspólnot, np. rodziny, klasy, szkoły i społeczności lokalnej, oraz że pełnię w nich różne role.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2F143E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Opisuję swoją rolę w rodzinie, klasie lub grupie rówieśniczej i podaję przykład odpowiedzialnego zachowania.</w:t>
            </w:r>
          </w:p>
          <w:p w14:paraId="06284141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Stosuję proste kryteria do sprawdzenia własnego zaangażowania w naukę i wybieram jeden kolejny krok, który pomoże mi uczyć się skuteczniej.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15C0CF7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Porównuję role, zasady i odpowiedzialności w różnych wspólnotach i wyjaśniam, co je łączy, a co różni.</w:t>
            </w:r>
          </w:p>
          <w:p w14:paraId="536A4777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Analizuję, jak moje wartości, emocje i decyzje wpływają na relacje z innymi oraz sposób działania.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F4471C1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Oceniam własne zaangażowanie w uczenie się na podstawie konkretnych przykładów i uzasadniam, co warto utrzymać, a co zmienić.</w:t>
            </w:r>
          </w:p>
          <w:p w14:paraId="6FCCC490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Rozważam sytuacje, w których różne wartości lub potrzeby są ze sobą w napięciu, i uzasadniam odpowiedzialny wybór.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D9DC525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Tworzę wypowiedź lub projekt pokazujący, co buduje moją tożsamość i jakie wartości są dla mnie ważne.</w:t>
            </w:r>
          </w:p>
          <w:p w14:paraId="48A0E798" w14:textId="77777777" w:rsidR="00002DB8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Projektuję własny plan działania w wybranej wspólnocie, określając swoją rolę, odpowiedzialność i sposób sprawdzenia efektu.</w:t>
            </w:r>
          </w:p>
        </w:tc>
      </w:tr>
    </w:tbl>
    <w:p w14:paraId="6BD800D5" w14:textId="77777777" w:rsidR="00B42125" w:rsidRPr="00876BF4" w:rsidRDefault="00B42125">
      <w:pPr>
        <w:spacing w:after="80"/>
        <w:jc w:val="center"/>
        <w:rPr>
          <w:rFonts w:ascii="Times New Roman" w:hAnsi="Times New Roman" w:cs="Times New Roman"/>
          <w:sz w:val="18"/>
          <w:szCs w:val="24"/>
          <w:lang w:val="pl-PL"/>
        </w:rPr>
      </w:pPr>
    </w:p>
    <w:p w14:paraId="264619EF" w14:textId="77777777" w:rsidR="00876BF4" w:rsidRPr="00876BF4" w:rsidRDefault="00876BF4">
      <w:pPr>
        <w:pStyle w:val="SectionBW"/>
        <w:rPr>
          <w:rFonts w:ascii="Times New Roman" w:eastAsia="Arial" w:hAnsi="Times New Roman" w:cs="Times New Roman"/>
          <w:sz w:val="22"/>
          <w:szCs w:val="24"/>
          <w:lang w:val="pl-PL"/>
        </w:rPr>
      </w:pPr>
    </w:p>
    <w:p w14:paraId="28863A54" w14:textId="77777777" w:rsidR="00876BF4" w:rsidRPr="00876BF4" w:rsidRDefault="00876BF4">
      <w:pPr>
        <w:pStyle w:val="SectionBW"/>
        <w:rPr>
          <w:rFonts w:ascii="Times New Roman" w:eastAsia="Arial" w:hAnsi="Times New Roman" w:cs="Times New Roman"/>
          <w:sz w:val="22"/>
          <w:szCs w:val="24"/>
          <w:lang w:val="pl-PL"/>
        </w:rPr>
      </w:pPr>
    </w:p>
    <w:p w14:paraId="19B331FF" w14:textId="77777777" w:rsidR="00876BF4" w:rsidRPr="00876BF4" w:rsidRDefault="00876BF4">
      <w:pPr>
        <w:pStyle w:val="SectionBW"/>
        <w:rPr>
          <w:rFonts w:ascii="Times New Roman" w:eastAsia="Arial" w:hAnsi="Times New Roman" w:cs="Times New Roman"/>
          <w:sz w:val="22"/>
          <w:szCs w:val="24"/>
          <w:lang w:val="pl-PL"/>
        </w:rPr>
      </w:pPr>
    </w:p>
    <w:p w14:paraId="58A4E343" w14:textId="0A91D1A4" w:rsidR="00002DB8" w:rsidRPr="00876BF4" w:rsidRDefault="00000000">
      <w:pPr>
        <w:pStyle w:val="SectionBW"/>
        <w:rPr>
          <w:rFonts w:ascii="Times New Roman" w:hAnsi="Times New Roman" w:cs="Times New Roman"/>
          <w:sz w:val="22"/>
          <w:szCs w:val="24"/>
          <w:lang w:val="pl-PL"/>
        </w:rPr>
      </w:pPr>
      <w:r w:rsidRPr="00876BF4">
        <w:rPr>
          <w:rFonts w:ascii="Times New Roman" w:eastAsia="Arial" w:hAnsi="Times New Roman" w:cs="Times New Roman"/>
          <w:sz w:val="22"/>
          <w:szCs w:val="24"/>
          <w:lang w:val="pl-PL"/>
        </w:rPr>
        <w:t>VI. ELEMENTY EDUKACJI MEDIALNEJ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86"/>
        <w:gridCol w:w="2749"/>
        <w:gridCol w:w="2749"/>
        <w:gridCol w:w="2749"/>
        <w:gridCol w:w="2749"/>
        <w:gridCol w:w="2749"/>
      </w:tblGrid>
      <w:tr w:rsidR="00002DB8" w:rsidRPr="00876BF4" w14:paraId="1FDE812B" w14:textId="77777777">
        <w:trPr>
          <w:tblHeader/>
          <w:jc w:val="center"/>
        </w:trPr>
        <w:tc>
          <w:tcPr>
            <w:tcW w:w="178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8AF7328" w14:textId="77777777" w:rsidR="00002DB8" w:rsidRPr="00876B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t>Zakres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DE19C00" w14:textId="77777777" w:rsidR="00002DB8" w:rsidRPr="00876B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Dopuszczająca (2)</w:t>
            </w:r>
            <w:r w:rsidRPr="00876BF4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ROZUMIENIE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32A7701" w14:textId="77777777" w:rsidR="00002DB8" w:rsidRPr="00876B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Dostateczna (3)</w:t>
            </w:r>
            <w:r w:rsidRPr="00876BF4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ZASTOSOWANIE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F243463" w14:textId="77777777" w:rsidR="00002DB8" w:rsidRPr="00876B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Dobra (4)</w:t>
            </w:r>
            <w:r w:rsidRPr="00876BF4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ANALIZOWANIE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AFA7755" w14:textId="77777777" w:rsidR="00002DB8" w:rsidRPr="00876B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Bardzo dobra (5)</w:t>
            </w:r>
            <w:r w:rsidRPr="00876BF4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OCENIANIE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C0C8A8" w14:textId="77777777" w:rsidR="00002DB8" w:rsidRPr="00876B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Celująca (6)</w:t>
            </w:r>
            <w:r w:rsidRPr="00876BF4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TWORZENIE</w:t>
            </w:r>
          </w:p>
        </w:tc>
      </w:tr>
      <w:tr w:rsidR="00002DB8" w:rsidRPr="00876BF4" w14:paraId="6B6871AF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60E0193" w14:textId="77777777" w:rsidR="00002DB8" w:rsidRPr="00876BF4" w:rsidRDefault="00000000">
            <w:pPr>
              <w:spacing w:after="0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t>Źródła, media cyfrowe i bezpieczeństwo informacyjne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25F2BA9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Rozumiem, do czego służą słownik ortograficzny, encyklopedia, katalog, podręcznik i bezpieczne źródło internetowe; potrafię odnaleźć w nich prostą potrzebną informację.</w:t>
            </w:r>
          </w:p>
          <w:p w14:paraId="281AC245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Rozpoznaję reklamę i prosty komunikat perswazyjny; wiem, czym są fake news i hejt, że nie każda informacja w internecie jest wiarygodna oraz że w sieci trzeba chronić dane osobowe.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59B9CAC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Korzystam z kilku wskazanych źródeł podczas wykonywania zadania; zapisuję najważniejsze informacje i podaję, skąd je zaczerpnąłem lub zaczerpnęłam.</w:t>
            </w:r>
          </w:p>
          <w:p w14:paraId="5DD63086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Stosuję netykietę i podstawowe zasady bezpiecznego korzystania z urządzeń; wiem, jak zareagować na hejt i kiedy zwrócić się do dorosłego po pomoc.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D106DCD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Porównuję informacje z dwóch prostych źródeł, wskazuję podobieństwa, różnice i elementy budzące wątpliwość oraz rozpoznaję proste sygnały, że wiadomość może być fake newsem.</w:t>
            </w:r>
          </w:p>
          <w:p w14:paraId="7A514B9A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Analizuję, jak hasło i obraz działają w reklamie oraz jak język hejtu wpływa na odbiorcę; odróżniam krytykę działania od ataku na osobę.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BCE5626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Oceniam przydatność i wiarygodność prostego źródła na podstawie autora, miejsca publikacji i zgodności z innymi informacjami; uzasadniam, dlaczego wybieram dane źródło.</w:t>
            </w:r>
          </w:p>
          <w:p w14:paraId="55CBA561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Oceniam wpływ reklamy lub hejtu na odbiorcę i uzasadniam bezpieczny, odpowiedzialny sposób reakcji w przestrzeni cyfrowej.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0944F36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Tworzę krótki materiał informacyjny lub multimedialny na podstawie kilku sprawdzonych źródeł, porządkuję informacje i wskazuję ich pochodzenie.</w:t>
            </w:r>
          </w:p>
          <w:p w14:paraId="54AF7D58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Projektuję zasady odpowiedzialnego korzystania z mediów, uwzględniając sprawdzanie informacji, reagowanie na hejt, ochronę danych i netykietę.</w:t>
            </w:r>
          </w:p>
        </w:tc>
      </w:tr>
    </w:tbl>
    <w:p w14:paraId="20DE2E47" w14:textId="77777777" w:rsidR="00B42125" w:rsidRPr="00876BF4" w:rsidRDefault="00B42125">
      <w:pPr>
        <w:spacing w:after="80"/>
        <w:jc w:val="center"/>
        <w:rPr>
          <w:rFonts w:ascii="Times New Roman" w:hAnsi="Times New Roman" w:cs="Times New Roman"/>
          <w:sz w:val="18"/>
          <w:szCs w:val="24"/>
          <w:lang w:val="pl-PL"/>
        </w:rPr>
      </w:pPr>
    </w:p>
    <w:p w14:paraId="06A21C42" w14:textId="77777777" w:rsidR="00002DB8" w:rsidRPr="00876BF4" w:rsidRDefault="00000000">
      <w:pPr>
        <w:pStyle w:val="SectionBW"/>
        <w:rPr>
          <w:rFonts w:ascii="Times New Roman" w:hAnsi="Times New Roman" w:cs="Times New Roman"/>
          <w:sz w:val="22"/>
          <w:szCs w:val="24"/>
          <w:lang w:val="pl-PL"/>
        </w:rPr>
      </w:pPr>
      <w:r w:rsidRPr="00876BF4">
        <w:rPr>
          <w:rFonts w:ascii="Times New Roman" w:eastAsia="Arial" w:hAnsi="Times New Roman" w:cs="Times New Roman"/>
          <w:sz w:val="22"/>
          <w:szCs w:val="24"/>
          <w:lang w:val="pl-PL"/>
        </w:rPr>
        <w:t>VII. PRAKTYKI LEKTUROWE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86"/>
        <w:gridCol w:w="2749"/>
        <w:gridCol w:w="2749"/>
        <w:gridCol w:w="2749"/>
        <w:gridCol w:w="2749"/>
        <w:gridCol w:w="2749"/>
      </w:tblGrid>
      <w:tr w:rsidR="00002DB8" w:rsidRPr="00876BF4" w14:paraId="3B12A7B0" w14:textId="77777777">
        <w:trPr>
          <w:tblHeader/>
          <w:jc w:val="center"/>
        </w:trPr>
        <w:tc>
          <w:tcPr>
            <w:tcW w:w="1786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422C7E0" w14:textId="77777777" w:rsidR="00002DB8" w:rsidRPr="00876B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t>Zakres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5AA32F" w14:textId="77777777" w:rsidR="00002DB8" w:rsidRPr="00876B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Dopuszczająca (2)</w:t>
            </w:r>
            <w:r w:rsidRPr="00876BF4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ROZUMIENIE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330E80" w14:textId="77777777" w:rsidR="00002DB8" w:rsidRPr="00876B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Dostateczna (3)</w:t>
            </w:r>
            <w:r w:rsidRPr="00876BF4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ZASTOSOWANIE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EC028D5" w14:textId="77777777" w:rsidR="00002DB8" w:rsidRPr="00876B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Dobra (4)</w:t>
            </w:r>
            <w:r w:rsidRPr="00876BF4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ANALIZOWANIE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CEB2F2D" w14:textId="77777777" w:rsidR="00002DB8" w:rsidRPr="00876B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Bardzo dobra (5)</w:t>
            </w:r>
            <w:r w:rsidRPr="00876BF4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OCENIANIE</w:t>
            </w:r>
          </w:p>
        </w:tc>
        <w:tc>
          <w:tcPr>
            <w:tcW w:w="2749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57D82E1" w14:textId="77777777" w:rsidR="00002DB8" w:rsidRPr="00876BF4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Celująca (6)</w:t>
            </w:r>
            <w:r w:rsidRPr="00876BF4">
              <w:rPr>
                <w:rFonts w:ascii="Times New Roman" w:hAnsi="Times New Roman" w:cs="Times New Roman"/>
                <w:sz w:val="18"/>
                <w:szCs w:val="24"/>
                <w:lang w:val="pl-PL"/>
              </w:rPr>
              <w:br/>
            </w:r>
            <w:r w:rsidRPr="00876BF4">
              <w:rPr>
                <w:rFonts w:ascii="Times New Roman" w:eastAsia="Arial" w:hAnsi="Times New Roman" w:cs="Times New Roman"/>
                <w:b/>
                <w:sz w:val="16"/>
                <w:szCs w:val="24"/>
                <w:lang w:val="pl-PL"/>
              </w:rPr>
              <w:t>TWORZENIE</w:t>
            </w:r>
          </w:p>
        </w:tc>
      </w:tr>
      <w:tr w:rsidR="00002DB8" w:rsidRPr="00876BF4" w14:paraId="0AF8FE62" w14:textId="77777777">
        <w:trPr>
          <w:cantSplit/>
          <w:jc w:val="center"/>
        </w:trPr>
        <w:tc>
          <w:tcPr>
            <w:tcW w:w="178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5B7DC62" w14:textId="77777777" w:rsidR="00002DB8" w:rsidRPr="00876BF4" w:rsidRDefault="00000000">
            <w:pPr>
              <w:spacing w:after="0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b/>
                <w:sz w:val="18"/>
                <w:szCs w:val="24"/>
                <w:lang w:val="pl-PL"/>
              </w:rPr>
              <w:t>Planowanie czytania i rozwijanie praktyk czytelniczych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98E8674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Rozumiem, że mogę wybierać teksty zgodnie ze swoimi zainteresowaniami; potrafię wskazać, co chcę przeczytać i czego chcę się z tekstu dowiedzieć.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BC8C45E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Planuję własne czytanie, wybieram tekst zgodny z zainteresowaniami i uzasadniam wybór; dzielę dłuższą lekturę na możliwe do wykonania etapy.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02214C7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Analizuję własne nawyki czytelnicze i rozpoznaję działania, które pomagają mi czytać uważnie, regularnie i ze zrozumieniem.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683ECD6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Oceniam skuteczność własnego planu czytania i stosowanych strategii; uzasadniam, co warto utrzymać, a co zmienić, aby lepiej rozumieć i kończyć zaplanowane lektury.</w:t>
            </w:r>
          </w:p>
        </w:tc>
        <w:tc>
          <w:tcPr>
            <w:tcW w:w="274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E219FB7" w14:textId="77777777" w:rsidR="00F46343" w:rsidRPr="00876BF4" w:rsidRDefault="00000000">
            <w:pPr>
              <w:spacing w:after="40" w:line="247" w:lineRule="auto"/>
              <w:rPr>
                <w:rFonts w:ascii="Times New Roman" w:hAnsi="Times New Roman" w:cs="Times New Roman"/>
                <w:sz w:val="18"/>
                <w:szCs w:val="24"/>
                <w:lang w:val="pl-PL"/>
              </w:rPr>
            </w:pPr>
            <w:r w:rsidRPr="00876BF4">
              <w:rPr>
                <w:rFonts w:ascii="Times New Roman" w:eastAsia="Arial" w:hAnsi="Times New Roman" w:cs="Times New Roman"/>
                <w:sz w:val="16"/>
                <w:szCs w:val="24"/>
                <w:lang w:val="pl-PL"/>
              </w:rPr>
              <w:t>• Tworzę projekt czytelniczy lub własny plan czytania, uzasadniam wybór tekstów i po czasie modyfikuję plan na podstawie obserwacji własnych postępów.</w:t>
            </w:r>
          </w:p>
        </w:tc>
      </w:tr>
    </w:tbl>
    <w:p w14:paraId="0D43B359" w14:textId="77777777" w:rsidR="00B42125" w:rsidRPr="00876BF4" w:rsidRDefault="00B42125">
      <w:pPr>
        <w:spacing w:after="80"/>
        <w:jc w:val="center"/>
        <w:rPr>
          <w:rFonts w:ascii="Times New Roman" w:hAnsi="Times New Roman" w:cs="Times New Roman"/>
          <w:sz w:val="18"/>
          <w:szCs w:val="24"/>
          <w:lang w:val="pl-PL"/>
        </w:rPr>
      </w:pPr>
    </w:p>
    <w:p w14:paraId="79440437" w14:textId="77777777" w:rsidR="00002DB8" w:rsidRPr="00876BF4" w:rsidRDefault="00000000">
      <w:pPr>
        <w:spacing w:before="20" w:after="0"/>
        <w:rPr>
          <w:rFonts w:ascii="Times New Roman" w:eastAsia="Arial" w:hAnsi="Times New Roman" w:cs="Times New Roman"/>
          <w:b/>
          <w:sz w:val="22"/>
          <w:szCs w:val="36"/>
          <w:lang w:val="pl-PL"/>
        </w:rPr>
      </w:pPr>
      <w:r w:rsidRPr="00876BF4">
        <w:rPr>
          <w:rFonts w:ascii="Times New Roman" w:eastAsia="Arial" w:hAnsi="Times New Roman" w:cs="Times New Roman"/>
          <w:b/>
          <w:sz w:val="22"/>
          <w:szCs w:val="36"/>
          <w:lang w:val="pl-PL"/>
        </w:rPr>
        <w:t>Ocena niedostateczna (1): nie opanowałem/-</w:t>
      </w:r>
      <w:proofErr w:type="spellStart"/>
      <w:r w:rsidRPr="00876BF4">
        <w:rPr>
          <w:rFonts w:ascii="Times New Roman" w:eastAsia="Arial" w:hAnsi="Times New Roman" w:cs="Times New Roman"/>
          <w:b/>
          <w:sz w:val="22"/>
          <w:szCs w:val="36"/>
          <w:lang w:val="pl-PL"/>
        </w:rPr>
        <w:t>am</w:t>
      </w:r>
      <w:proofErr w:type="spellEnd"/>
      <w:r w:rsidRPr="00876BF4">
        <w:rPr>
          <w:rFonts w:ascii="Times New Roman" w:eastAsia="Arial" w:hAnsi="Times New Roman" w:cs="Times New Roman"/>
          <w:b/>
          <w:sz w:val="22"/>
          <w:szCs w:val="36"/>
          <w:lang w:val="pl-PL"/>
        </w:rPr>
        <w:t xml:space="preserve"> podstawowych wiadomości i umiejętności koniecznych do dalszego uczenia się i nie potrafię wykonać prostych zadań nawet po otrzymaniu jasnej wskazówki dotyczącej sposobu działania.</w:t>
      </w:r>
    </w:p>
    <w:p w14:paraId="4162BC99" w14:textId="77777777" w:rsidR="00B42125" w:rsidRPr="00876BF4" w:rsidRDefault="00B42125" w:rsidP="00B42125">
      <w:pPr>
        <w:spacing w:after="40" w:line="240" w:lineRule="auto"/>
        <w:rPr>
          <w:rFonts w:ascii="Times New Roman" w:hAnsi="Times New Roman" w:cs="Times New Roman"/>
          <w:sz w:val="24"/>
          <w:szCs w:val="36"/>
          <w:lang w:val="pl-PL"/>
        </w:rPr>
      </w:pPr>
      <w:r w:rsidRPr="00876BF4">
        <w:rPr>
          <w:rFonts w:ascii="Times New Roman" w:eastAsia="Arial" w:hAnsi="Times New Roman" w:cs="Times New Roman"/>
          <w:b/>
          <w:sz w:val="24"/>
          <w:szCs w:val="36"/>
          <w:lang w:val="pl-PL"/>
        </w:rPr>
        <w:t>Każda kolejna ocena obejmuje także umiejętności wymagane na ocenę niższą.</w:t>
      </w:r>
    </w:p>
    <w:sectPr w:rsidR="00B42125" w:rsidRPr="00876BF4" w:rsidSect="00034616">
      <w:footerReference w:type="default" r:id="rId8"/>
      <w:pgSz w:w="16838" w:h="11906" w:orient="landscape"/>
      <w:pgMar w:top="482" w:right="482" w:bottom="482" w:left="482" w:header="198" w:footer="1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7918C" w14:textId="77777777" w:rsidR="00DD4398" w:rsidRDefault="00DD4398">
      <w:pPr>
        <w:spacing w:after="0" w:line="240" w:lineRule="auto"/>
      </w:pPr>
      <w:r>
        <w:separator/>
      </w:r>
    </w:p>
  </w:endnote>
  <w:endnote w:type="continuationSeparator" w:id="0">
    <w:p w14:paraId="15ECAA1C" w14:textId="77777777" w:rsidR="00DD4398" w:rsidRDefault="00DD4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200EC" w14:textId="77777777" w:rsidR="00002DB8" w:rsidRDefault="00000000">
    <w:pPr>
      <w:pStyle w:val="Stopka"/>
      <w:jc w:val="right"/>
    </w:pPr>
    <w:r>
      <w:rPr>
        <w:rFonts w:eastAsia="Arial"/>
        <w:sz w:val="14"/>
      </w:rPr>
      <w:t xml:space="preserve">Język polski – klasa 4 | strona </w:t>
    </w:r>
    <w:r>
      <w:rPr>
        <w:rFonts w:eastAsia="Arial"/>
        <w:sz w:val="14"/>
      </w:rPr>
      <w:fldChar w:fldCharType="begin"/>
    </w:r>
    <w:r>
      <w:rPr>
        <w:rFonts w:eastAsia="Arial"/>
        <w:sz w:val="14"/>
      </w:rPr>
      <w:instrText xml:space="preserve"> PAGE </w:instrText>
    </w:r>
    <w:r>
      <w:rPr>
        <w:rFonts w:eastAsia="Arial"/>
        <w:sz w:val="14"/>
      </w:rPr>
      <w:fldChar w:fldCharType="separate"/>
    </w:r>
    <w:r w:rsidR="00B42125">
      <w:rPr>
        <w:rFonts w:eastAsia="Arial"/>
        <w:noProof/>
        <w:sz w:val="14"/>
      </w:rPr>
      <w:t>1</w:t>
    </w:r>
    <w:r>
      <w:rPr>
        <w:rFonts w:eastAsia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1F9CB" w14:textId="77777777" w:rsidR="00DD4398" w:rsidRDefault="00DD4398">
      <w:pPr>
        <w:spacing w:after="0" w:line="240" w:lineRule="auto"/>
      </w:pPr>
      <w:r>
        <w:separator/>
      </w:r>
    </w:p>
  </w:footnote>
  <w:footnote w:type="continuationSeparator" w:id="0">
    <w:p w14:paraId="784F9EFE" w14:textId="77777777" w:rsidR="00DD4398" w:rsidRDefault="00DD43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53218107">
    <w:abstractNumId w:val="8"/>
  </w:num>
  <w:num w:numId="2" w16cid:durableId="1711300706">
    <w:abstractNumId w:val="6"/>
  </w:num>
  <w:num w:numId="3" w16cid:durableId="1931156734">
    <w:abstractNumId w:val="5"/>
  </w:num>
  <w:num w:numId="4" w16cid:durableId="240330507">
    <w:abstractNumId w:val="4"/>
  </w:num>
  <w:num w:numId="5" w16cid:durableId="549414358">
    <w:abstractNumId w:val="7"/>
  </w:num>
  <w:num w:numId="6" w16cid:durableId="1619868634">
    <w:abstractNumId w:val="3"/>
  </w:num>
  <w:num w:numId="7" w16cid:durableId="1731027820">
    <w:abstractNumId w:val="2"/>
  </w:num>
  <w:num w:numId="8" w16cid:durableId="1975407432">
    <w:abstractNumId w:val="1"/>
  </w:num>
  <w:num w:numId="9" w16cid:durableId="1298142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2DB8"/>
    <w:rsid w:val="00034616"/>
    <w:rsid w:val="0006063C"/>
    <w:rsid w:val="0015074B"/>
    <w:rsid w:val="00153FC7"/>
    <w:rsid w:val="0029639D"/>
    <w:rsid w:val="002B29EA"/>
    <w:rsid w:val="00326F90"/>
    <w:rsid w:val="00452E44"/>
    <w:rsid w:val="00876BF4"/>
    <w:rsid w:val="00AA1D8D"/>
    <w:rsid w:val="00B42125"/>
    <w:rsid w:val="00B47730"/>
    <w:rsid w:val="00CB0664"/>
    <w:rsid w:val="00DD4398"/>
    <w:rsid w:val="00F4634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1E0BC1"/>
  <w14:defaultImageDpi w14:val="300"/>
  <w15:docId w15:val="{4C0F5468-B75A-447D-9B2D-8C3723A2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17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ectionBW">
    <w:name w:val="Section BW"/>
    <w:pPr>
      <w:keepNext/>
      <w:spacing w:before="80" w:after="80"/>
    </w:pPr>
    <w:rPr>
      <w:rFonts w:ascii="Arial" w:hAnsi="Arial"/>
      <w:b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2823</Words>
  <Characters>16941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Wymagania edukacyjne z języka polskiego – klasa 4</dc:title>
  <dc:subject>Wymagania edukacyjne, język polski, rok szkolny 2026/2027</dc:subject>
  <dc:creator/>
  <cp:keywords/>
  <dc:description>generated by python-docx</dc:description>
  <cp:lastModifiedBy>Bejbinia</cp:lastModifiedBy>
  <cp:revision>4</cp:revision>
  <dcterms:created xsi:type="dcterms:W3CDTF">2013-12-23T23:15:00Z</dcterms:created>
  <dcterms:modified xsi:type="dcterms:W3CDTF">2026-09-06T15:48:00Z</dcterms:modified>
  <cp:category/>
</cp:coreProperties>
</file>